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Wymagania edukacyjne – język polski, klasa IV</w:t>
        <w:br/>
      </w:r>
      <w:r>
        <w:rPr>
          <w:sz w:val="24"/>
        </w:rPr>
        <w:t>rok szkolny 2026/2027 • wersja skrócona i uczniowska</w:t>
      </w:r>
    </w:p>
    <w:p>
      <w:r>
        <w:rPr>
          <w:b/>
        </w:rPr>
        <w:t xml:space="preserve">Podstawa opracowania. </w:t>
      </w:r>
      <w:r>
        <w:t>Dokument opracowano na podstawie przekazanych wymagań do programu „Słowa na start! Klasa 4” oraz nowej podstawy programowej języka polskiego obowiązującej w klasie IV od 1 września 2026 r. (rozporządzenie Ministra Edukacji z 11 marca 2026 r.). Uwzględniono język efektów uczenia się, kompetencje komunikacyjne, odbiór tekstów kultury, świadomość języka, tworzenie wypowiedzi, edukację medialną, samokształcenie i sprawczość ucznia.</w:t>
      </w:r>
    </w:p>
    <w:p>
      <w:r>
        <w:rPr>
          <w:b/>
        </w:rPr>
        <w:t xml:space="preserve">Jak czytać wymagania. </w:t>
      </w:r>
      <w:r>
        <w:t>Wymagania są zapisane krótko i za pomocą czasowników operacyjnych. Poziomy są narastające: uczeń spełniający wymagania na ocenę wyższą spełnia również wymagania z poziomów niższych. Zapisy przy poszczególnych lekcjach są krótkimi kryteriami/efektami uczenia się pomocnymi w bieżącej pracy; nie zastępują dostosowań wynikających z opinii, orzeczeń i rozpoznanych potrzeb ucznia.</w:t>
      </w:r>
    </w:p>
    <w:p>
      <w:pPr>
        <w:pStyle w:val="Heading1"/>
      </w:pPr>
      <w:r>
        <w:t>1. Wymagania na I półrocze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r>
              <w:t>Ocena</w:t>
            </w:r>
          </w:p>
        </w:tc>
        <w:tc>
          <w:tcPr>
            <w:tcW w:type="dxa" w:w="5156"/>
          </w:tcPr>
          <w:p>
            <w:r>
              <w:t>Uczeń – po I półroczu</w:t>
            </w:r>
          </w:p>
        </w:tc>
      </w:tr>
      <w:tr>
        <w:tc>
          <w:tcPr>
            <w:tcW w:type="dxa" w:w="5156"/>
          </w:tcPr>
          <w:p>
            <w:r>
              <w:t>Dopuszczająca (2)</w:t>
            </w:r>
          </w:p>
        </w:tc>
        <w:tc>
          <w:tcPr>
            <w:tcW w:type="dxa" w:w="5156"/>
          </w:tcPr>
          <w:p>
            <w:r>
              <w:t>rozpoznaje podstawowe informacje w tekście; wskazuje bohatera, miejsce i najważniejsze wydarzenia; rozpoznaje poznane części mowy i podstawowe zasady pisowni; podejmuje próbę tworzenia krótkiej wypowiedzi.</w:t>
            </w:r>
          </w:p>
        </w:tc>
      </w:tr>
      <w:tr>
        <w:tc>
          <w:tcPr>
            <w:tcW w:type="dxa" w:w="5156"/>
          </w:tcPr>
          <w:p>
            <w:r>
              <w:t>Dostateczna (3)</w:t>
            </w:r>
          </w:p>
        </w:tc>
        <w:tc>
          <w:tcPr>
            <w:tcW w:type="dxa" w:w="5156"/>
          </w:tcPr>
          <w:p>
            <w:r>
              <w:t>opisuje bohaterów i sytuacje; porządkuje wydarzenia; wyjaśnia podstawowe pojęcia; stosuje poznane zasady językowe i ortograficzne w typowych zadaniach; redaguje krótkie formy według wzoru.</w:t>
            </w:r>
          </w:p>
        </w:tc>
      </w:tr>
      <w:tr>
        <w:tc>
          <w:tcPr>
            <w:tcW w:type="dxa" w:w="5156"/>
          </w:tcPr>
          <w:p>
            <w:r>
              <w:t>Dobra (4)</w:t>
            </w:r>
          </w:p>
        </w:tc>
        <w:tc>
          <w:tcPr>
            <w:tcW w:type="dxa" w:w="5156"/>
          </w:tcPr>
          <w:p>
            <w:r>
              <w:t>porównuje informacje i zachowania bohaterów; uzasadnia odpowiedzi odwołaniem do tekstu; poprawnie stosuje poznane formy gramatyczne; samodzielnie redaguje poznane formy wypowiedzi.</w:t>
            </w:r>
          </w:p>
        </w:tc>
      </w:tr>
      <w:tr>
        <w:tc>
          <w:tcPr>
            <w:tcW w:type="dxa" w:w="5156"/>
          </w:tcPr>
          <w:p>
            <w:r>
              <w:t>Bardzo dobra (5)</w:t>
            </w:r>
          </w:p>
        </w:tc>
        <w:tc>
          <w:tcPr>
            <w:tcW w:type="dxa" w:w="5156"/>
          </w:tcPr>
          <w:p>
            <w:r>
              <w:t>analizuje tekst i środki językowe; interpretuje zachowania i emocje bohaterów; uzasadnia własne stanowisko; tworzy spójne, poprawne i dostosowane do odbiorcy wypowiedzi.</w:t>
            </w:r>
          </w:p>
        </w:tc>
      </w:tr>
      <w:tr>
        <w:tc>
          <w:tcPr>
            <w:tcW w:type="dxa" w:w="5156"/>
          </w:tcPr>
          <w:p>
            <w:r>
              <w:t>Celująca (6)</w:t>
            </w:r>
          </w:p>
        </w:tc>
        <w:tc>
          <w:tcPr>
            <w:tcW w:type="dxa" w:w="5156"/>
          </w:tcPr>
          <w:p>
            <w:r>
              <w:t>interpretuje tekst w szerszym kontekście; formułuje samodzielne wnioski i argumenty; ocenia różne rozwiązania; tworzy oryginalne wypowiedzi i projekty, świadomie wykorzystując wiedzę o języku.</w:t>
            </w:r>
          </w:p>
        </w:tc>
      </w:tr>
    </w:tbl>
    <w:p>
      <w:pPr>
        <w:pStyle w:val="Heading1"/>
      </w:pPr>
      <w:r>
        <w:t>2. Wymagania na koniec roku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r>
              <w:t>Ocena</w:t>
            </w:r>
          </w:p>
        </w:tc>
        <w:tc>
          <w:tcPr>
            <w:tcW w:type="dxa" w:w="5156"/>
          </w:tcPr>
          <w:p>
            <w:r>
              <w:t>Uczeń – na koniec klasy IV</w:t>
            </w:r>
          </w:p>
        </w:tc>
      </w:tr>
      <w:tr>
        <w:tc>
          <w:tcPr>
            <w:tcW w:type="dxa" w:w="5156"/>
          </w:tcPr>
          <w:p>
            <w:r>
              <w:t>Dopuszczająca (2)</w:t>
            </w:r>
          </w:p>
        </w:tc>
        <w:tc>
          <w:tcPr>
            <w:tcW w:type="dxa" w:w="5156"/>
          </w:tcPr>
          <w:p>
            <w:r>
              <w:t>rozpoznaje najważniejsze informacje w poznanych tekstach i lekturach; wskazuje podstawowe elementy świata przedstawionego; rozpoznaje najważniejsze pojęcia językowe; stosuje podstawowe zasady pisowni; tworzy krótką wypowiedź z pomocą.</w:t>
            </w:r>
          </w:p>
        </w:tc>
      </w:tr>
      <w:tr>
        <w:tc>
          <w:tcPr>
            <w:tcW w:type="dxa" w:w="5156"/>
          </w:tcPr>
          <w:p>
            <w:r>
              <w:t>Dostateczna (3)</w:t>
            </w:r>
          </w:p>
        </w:tc>
        <w:tc>
          <w:tcPr>
            <w:tcW w:type="dxa" w:w="5156"/>
          </w:tcPr>
          <w:p>
            <w:r>
              <w:t>opisuje i porządkuje informacje; wyjaśnia sens poznanych tekstów i pojęć; stosuje wiadomości językowe w typowych sytuacjach; redaguje poznane formy wypowiedzi według kryteriów.</w:t>
            </w:r>
          </w:p>
        </w:tc>
      </w:tr>
      <w:tr>
        <w:tc>
          <w:tcPr>
            <w:tcW w:type="dxa" w:w="5156"/>
          </w:tcPr>
          <w:p>
            <w:r>
              <w:t>Dobra (4)</w:t>
            </w:r>
          </w:p>
        </w:tc>
        <w:tc>
          <w:tcPr>
            <w:tcW w:type="dxa" w:w="5156"/>
          </w:tcPr>
          <w:p>
            <w:r>
              <w:t>porównuje teksty, bohaterów i sytuacje; uzasadnia odpowiedzi; stosuje wiedzę językową i ortograficzną w nowych zadaniach; samodzielnie tworzy spójne wypowiedzi ustne i pisemne.</w:t>
            </w:r>
          </w:p>
        </w:tc>
      </w:tr>
      <w:tr>
        <w:tc>
          <w:tcPr>
            <w:tcW w:type="dxa" w:w="5156"/>
          </w:tcPr>
          <w:p>
            <w:r>
              <w:t>Bardzo dobra (5)</w:t>
            </w:r>
          </w:p>
        </w:tc>
        <w:tc>
          <w:tcPr>
            <w:tcW w:type="dxa" w:w="5156"/>
          </w:tcPr>
          <w:p>
            <w:r>
              <w:t>analizuje i interpretuje teksty kultury; ocenia postępowanie bohaterów i argumentuje; świadomie dobiera środki językowe; tworzy poprawne, logiczne i rozwinięte wypowiedzi oraz korzysta krytycznie ze źródeł.</w:t>
            </w:r>
          </w:p>
        </w:tc>
      </w:tr>
      <w:tr>
        <w:tc>
          <w:tcPr>
            <w:tcW w:type="dxa" w:w="5156"/>
          </w:tcPr>
          <w:p>
            <w:r>
              <w:t>Celująca (6)</w:t>
            </w:r>
          </w:p>
        </w:tc>
        <w:tc>
          <w:tcPr>
            <w:tcW w:type="dxa" w:w="5156"/>
          </w:tcPr>
          <w:p>
            <w:r>
              <w:t>interpretuje i zestawia różne teksty kultury; formułuje trafne, samodzielne wnioski; ocenia wiarygodność i sposób oddziaływania przekazów; projektuje i tworzy oryginalne wypowiedzi, wykorzystując wiedzę w nowych sytuacjach.</w:t>
            </w:r>
          </w:p>
        </w:tc>
      </w:tr>
    </w:tbl>
    <w:p/>
    <w:p>
      <w:r>
        <w:rPr>
          <w:b/>
        </w:rPr>
        <w:t xml:space="preserve">Uwaga dotycząca klasyfikacji. </w:t>
      </w:r>
      <w:r>
        <w:t>Ocena śródroczna i roczna wynika z poziomu opanowania wiadomości i umiejętności określonych w wymaganiach edukacyjnych. Nie jest prostą średnią arytmetyczną ocen bieżących. Nauczyciel uwzględnia również dostosowania wymagań do indywidualnych potrzeb ucznia, jeśli wynika to z przepisów i dokumentacji ucznia.</w:t>
      </w:r>
    </w:p>
    <w:p>
      <w:pPr>
        <w:pStyle w:val="Heading1"/>
      </w:pPr>
      <w:r>
        <w:t>3. Krótkie wymagania do poszczególnych lekcji</w:t>
      </w:r>
    </w:p>
    <w:p>
      <w:r>
        <w:t>Poniższa tabela służy jako czytelne kryteria dla ucznia, rodzica i osoby obserwującej lekcję. Każdy kolejny poziom obejmuje umiejętności z poziomów wcześniejszych.</w:t>
      </w:r>
    </w:p>
    <w:p>
      <w:pPr>
        <w:sectPr>
          <w:footerReference w:type="default" r:id="rId9"/>
          <w:pgSz w:w="12240" w:h="15840"/>
          <w:pgMar w:top="850" w:right="964" w:bottom="850" w:left="964" w:header="720" w:footer="720" w:gutter="0"/>
          <w:cols w:space="720"/>
          <w:docGrid w:linePitch="360"/>
        </w:sectP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51"/>
        <w:gridCol w:w="2451"/>
        <w:gridCol w:w="2451"/>
        <w:gridCol w:w="2451"/>
        <w:gridCol w:w="2451"/>
        <w:gridCol w:w="2451"/>
      </w:tblGrid>
      <w:tr>
        <w:trPr>
          <w:tblHeader w:val="true"/>
          <w:cantSplit/>
        </w:trPr>
        <w:tc>
          <w:tcPr>
            <w:tcW w:type="dxa" w:w="2891"/>
            <w:vAlign w:val="center"/>
          </w:tcPr>
          <w:p>
            <w:r>
              <w:rPr>
                <w:b/>
                <w:sz w:val="15"/>
              </w:rPr>
              <w:t>Temat lekcji</w:t>
            </w:r>
          </w:p>
        </w:tc>
        <w:tc>
          <w:tcPr>
            <w:tcW w:type="dxa" w:w="2324"/>
            <w:vAlign w:val="center"/>
          </w:tcPr>
          <w:p>
            <w:r>
              <w:rPr>
                <w:b/>
                <w:sz w:val="15"/>
              </w:rPr>
              <w:t>2 – rozpoznaje / wskazuje</w:t>
            </w:r>
          </w:p>
        </w:tc>
        <w:tc>
          <w:tcPr>
            <w:tcW w:type="dxa" w:w="2324"/>
            <w:vAlign w:val="center"/>
          </w:tcPr>
          <w:p>
            <w:r>
              <w:rPr>
                <w:b/>
                <w:sz w:val="15"/>
              </w:rPr>
              <w:t>3 – opisuje / wyjaśnia</w:t>
            </w:r>
          </w:p>
        </w:tc>
        <w:tc>
          <w:tcPr>
            <w:tcW w:type="dxa" w:w="2324"/>
            <w:vAlign w:val="center"/>
          </w:tcPr>
          <w:p>
            <w:r>
              <w:rPr>
                <w:b/>
                <w:sz w:val="15"/>
              </w:rPr>
              <w:t>4 – stosuje / porównuje</w:t>
            </w:r>
          </w:p>
        </w:tc>
        <w:tc>
          <w:tcPr>
            <w:tcW w:type="dxa" w:w="2324"/>
            <w:vAlign w:val="center"/>
          </w:tcPr>
          <w:p>
            <w:r>
              <w:rPr>
                <w:b/>
                <w:sz w:val="15"/>
              </w:rPr>
              <w:t>5 – analizuje / ocenia</w:t>
            </w:r>
          </w:p>
        </w:tc>
        <w:tc>
          <w:tcPr>
            <w:tcW w:type="dxa" w:w="2324"/>
            <w:vAlign w:val="center"/>
          </w:tcPr>
          <w:p>
            <w:r>
              <w:rPr>
                <w:b/>
                <w:sz w:val="15"/>
              </w:rPr>
              <w:t>6 – interpretuje / tworzy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Rozdział I. Mój dom moi najbliżsi: Ann Patrick, „Posiłek na świeżym powietrzu”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opowiada o sytuacji przedstawionej na obrazie</w:t>
              <w:br/>
              <w:t>• wymienia postaci znajdujące się na obrazie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opisuje postacie przedstawione na obrazie</w:t>
              <w:br/>
              <w:t>• wyjaśnia, kim mogą być dla siebie osoby ukazane na obrazie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analizując sytuację przedstawioną na obrazie, wyjaśnia, co mogło wydarzyć się wcześniej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proponuje tematy rozmów postaci przedstawionych na obrazie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opowiada o sposobach spędzania wolnego czasu ze swoją rodziną</w:t>
              <w:br/>
              <w:t>• przedstawia własne zdanie na temat zalet wspólnego spożywania posiłków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W moim domu: Zofia Beszczyńska, „Dom”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bohaterów wiersza</w:t>
              <w:br/>
              <w:t>• wymienia postaci znajdujące się na obrazie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 głośno, wyraźnie</w:t>
              <w:br/>
              <w:t>• frederika Cotmana „Jeden z rodziny” i wyjaśnia tytuł obrazu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określa temat wiersza</w:t>
              <w:br/>
              <w:t>• nazywa uczucia towarzyszące osobom wypowiadającym się w wierszu i uzasadnia swój wybór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co może oznaczać obecność zwierząt w domu</w:t>
              <w:br/>
              <w:t>• porównuje obraz domu ukazany w wierszu i na obrazie Frederika Cotmana „Jeden z rodziny”, wskazując podobieństwa i uzasadnia swój pogląd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przedstawia w nietypowy sposób swój dom, domowników i ulubione przedmioty</w:t>
              <w:br/>
              <w:t>• wymienia miejsca, w których można czuć się jak w domu i uzasadnia swój wybór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Odrobina taktu: Francesca Simon, „Koszmarny Karolek i prześwietne święta”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bohaterów utworu</w:t>
              <w:br/>
              <w:t>• wymienia wydarzenia przedstawione w utworze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 i cicho</w:t>
              <w:br/>
              <w:t>• przedstawia bohaterów utworu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cechy charakteru Karolka i uzasadnia swój wybór, odwołując się do tekstu</w:t>
              <w:br/>
              <w:t>• wyjaśnia, czego rodzice chcieli nauczyć Karolka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stosując odpowiednie tempo i intonację</w:t>
              <w:br/>
              <w:t>• przedstawia swoją opinię o bohaterze i jego zachowaniu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samodzielnie formułuje zasady dobrego zachowania w różnych sytuacjach</w:t>
              <w:br/>
              <w:t>• przedstawia pomysły sposobów pogodzenia się z decyzjami rodziców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Poszukiwany pan Słowik!: Julian Tuwim, „Spóźniony słowik”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bohaterów wiersza</w:t>
              <w:br/>
              <w:t>• wymienia sytuacje ukazane w wierszu (czas i miejsce)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 głośno, wyraźnie</w:t>
              <w:br/>
              <w:t>• przedstawia bohaterów wiersza i wyjaśnia, kim dla siebie są bohaterowie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określa temat wiersza</w:t>
              <w:br/>
              <w:t>• nazywa uczucia towarzyszące postaciom wypowiadającym się w wierszu i uzasadnia swój wybór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ocenia postępowanie pana Słowika</w:t>
              <w:br/>
              <w:t>• wyjaśnia, jak należy postępować w sytuacji spóźnienia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przedstawia pomysł na inne zakończenie wiersza</w:t>
              <w:br/>
              <w:t>• wymienia zasady postępowania, dzięki którym można okazać wzajemny szacunek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Rozmowa z dziadkiem: Robert Kimmel Smith, „Wojna z dziadkiem”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bohaterów utworu</w:t>
              <w:br/>
              <w:t>• wymienia wydarzenia przedstawione w utworze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 i cicho</w:t>
              <w:br/>
              <w:t>• przedstawia bohaterów utworu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cechy charakteru Petera i uzasadnia swój wybór, odwołując się do tekstu</w:t>
              <w:br/>
              <w:t>• wyjaśnia, dlaczego Peter postanawia oddać dziadkowi szczękę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stosując odpowiednie tempo i intonację</w:t>
              <w:br/>
              <w:t>• wyjaśnia, co według dziadka wywołało konflikt w rodzinie i prezentuje swoją opinię na temat powodów konfliktów rodzinnych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samodzielnie formułuje wnioski na temat decyzji podejmowanych w rodzinie</w:t>
              <w:br/>
              <w:t>• przedstawia pomysły sposobów rozwiązywania konfliktów w rodzinie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Moja mama jest wspaniała!: Ryszard Przymus, „Nasza Mama jest poetką...”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bohaterkę wiersza</w:t>
              <w:br/>
              <w:t>• wymienia sytuacje ukazane w wierszu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 głośno, wyraźnie</w:t>
              <w:br/>
              <w:t>• przedstawia bohaterkę wiersza i wyjaśnia, kim jest dla osób wypowiadających się w utworze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 sposób mamy, w jaki mówi o świecie, wpływa na dzieci</w:t>
              <w:br/>
              <w:t>• wyjaśnia, co wpływa na nastrój wiersza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przedstawia określenia, którymi można by opisać mamę przedstawioną w wierszu i uzasadnia swoje wybory</w:t>
              <w:br/>
              <w:t>• wyjaśnia, jakie uczucia towarzyszą osobom mówiącym w wierszu i uzasadnia swoją opinię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przedstawia pomysły na to, by o otaczającym świecie mówić w niezwykły sposób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Bliżej języka: Czym są alfabet, głoska, litera?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litery w kolejności alfabetycznej</w:t>
              <w:br/>
              <w:t>• definiuję literę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porządkuje wyrazy w kolejności alfabetycznej</w:t>
              <w:br/>
              <w:t>• odróżnia głoski i litery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określa liczbę liter i głosek w podanych wyrazach</w:t>
              <w:br/>
              <w:t>• odróżnia samogłoski i spółgłoski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bezbłędnie odróżnia samogłoski i spółgłoski</w:t>
              <w:br/>
              <w:t>• szuka wyrazu w słowniku ortograficznym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sprawnie korzysta ze słownika ortograficznego,</w:t>
              <w:br/>
              <w:t>• korzysta z katalogu bibliotecznego, spisu produktów w sklepie internetowym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Bliżej języka: Czym jest sylaba?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sylaby</w:t>
              <w:br/>
              <w:t>• wyjaśnia, co tworzy sylabę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poprawnie dzieli wyrazy na sylaby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układa wyrazy z różnych sylab</w:t>
              <w:br/>
              <w:t>• poprawnie przenosi wyrazy do następnej linii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korzysta ze słownika ortograficznego, sprawdzając poprawność przenoszenia wyrazów do następnej linii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układa historyjkę z wyrazów zbudowanych z różnych sylab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Ortografia dla każdego: Pisownia wyrazów z ó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zasady ortograficzne pisowni ó</w:t>
              <w:br/>
              <w:t>• poprawnie zapisuje wyrazy zakończone na: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 zasady ortograficzne pisowni ó</w:t>
              <w:br/>
              <w:t>• tworzy formy pokrewne i poprawnie zapisuje wyrazy z ó wymiennym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korzysta ze słownika ortograficznego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poprawnie zapisuje wyrazy z ó niewymiennym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układa rymowanki z wyrazami z ó</w:t>
              <w:br/>
              <w:t>• układa historyjki z wyrazami z ó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Ortografia dla każdego: Pisownia wyrazów z 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zasady ortograficzne pisowni u</w:t>
              <w:br/>
              <w:t>• poprawnie zapisuje wyrazy zakończone na: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 zasady ortograficzne pisowni 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korzysta ze słownika ortograficznego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poprawnie zapisuje wyrazy będące wyjątkami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opowiada, jak spędzają czas mieszkańcy deszczowego miasta, wykorzystując wyrazy z u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Szkoła mówienia i pisania: Jak napisać pozdrowienia?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poprawnie zapisuje miejscowość i datę</w:t>
              <w:br/>
              <w:t>• wymienia elementy pozdrowienia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poprawnie zapisuje adres</w:t>
              <w:br/>
              <w:t>• redaguje pozdrowienia według wzoru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 zwroty do adresata</w:t>
              <w:br/>
              <w:t>• uzupełnia brakujące elementy pozdrowienia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redaguje pozdrowienia odpowiednie do sytuacji i adresata</w:t>
              <w:br/>
              <w:t>• wskazuje różnice między SMS-em a kartką pocztową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redaguje poprawnie pod względem językowym, ortograficznym i kompozycyjnym kartkę pocztową z życzeniami w związku z określoną sytuacją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Rozdział II. Szkolne radości, szkolne smutki, Andrew Macara, „Piłkarze”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wybiera wyrazy, które najtrafniej opisują obraz</w:t>
              <w:br/>
              <w:t>• wymienia postaci znajdujące się na obrazie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wybiera wyrazy, które najtrafniej opisują obraz i uzasadnia swoją opinię</w:t>
              <w:br/>
              <w:t>• opisuje postacie przedstawione na obrazie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określa dominujące na obrazie kolory</w:t>
              <w:br/>
              <w:t>• opisuje sytuację przedstawioną na obrazie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dlaczego dziecko na drugim planie stoi samotnie i uzasadnia swoją opinię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określa nastrój obrazu i uzasadnia swoją wypowiedź</w:t>
              <w:br/>
              <w:t>• opowiada o tym, co może wydarzyć się za chwilę pomiędzy dziećmi i uzasadnia swoją opinię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Marzenia kontra szkoła: Joanna Kulmowa, „Marzenia”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określa, kim jest osoba mówiąca w wierszu</w:t>
              <w:br/>
              <w:t>• rozpoznaje pojęcie podmiotu lirycznego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 głośno, wyraźnie</w:t>
              <w:br/>
              <w:t>• wyjaśnia, dlaczego podmiot liryczny nie lubi chodzić do szkoły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określa temat wiersza</w:t>
              <w:br/>
              <w:t>• wyjaśnia, dlaczego, według podmiotu lirycznego, w szkole nie ma miejsca na marzenia i uzasadnia swoją opinię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wiersz, stosując odpowiednie tempo i intonację</w:t>
              <w:br/>
              <w:t>• opowiada w ciekawy sposób o tym, czy w szkole można spełniać marzenia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marzenia, dla których szkoła jest miejscem na ich spełnienie</w:t>
              <w:br/>
              <w:t>• formułuje opinię, od kogo lub od czego zależy spełnienie marzeń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Mała szkoła życia: Marta H. Milewska, „Po co nam ta szkoła?”.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bohaterów utworu</w:t>
              <w:br/>
              <w:t>• wymienia wydarzenia przedstawione w utworze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 i cicho</w:t>
              <w:br/>
              <w:t>• przedstawia bohaterów utworu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wyraźnie oraz cicho</w:t>
              <w:br/>
              <w:t>• wyjaśnia, czego, według taty, uczy szkoła oprócz różnych przedmiotów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 znaczenie słów: szkoła to taka mała szkoła życia i uzasadnia swoją opinię</w:t>
              <w:br/>
              <w:t>• wyjaśnia, dlaczego tata podał chłopcom przykład Ani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samodzielnie formułuje pytania związane ze wspomnieniami szkolnymi, które można zadać rodzicom</w:t>
              <w:br/>
              <w:t>• przedstawia projekt dotyczący szkoły marzeń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Pracujemy w zespole: Judy Blume, „Opowieści czwartoklasisty”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bohaterów utworu</w:t>
              <w:br/>
              <w:t>• wymienia wydarzenia przedstawione w utworze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przedstawia bohaterów utworu</w:t>
              <w:br/>
              <w:t>• wyjaśnia, kto opowiada o wydarzeniach w tekście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wyraźnie oraz cicho</w:t>
              <w:br/>
              <w:t>• wskazuje uczucia chłopców, którzy zobaczyli okładkę przygotowaną przez koleżankę i uzasadnia swoje wybory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stosując odpowiednie tempo i intonację</w:t>
              <w:br/>
              <w:t>• wyjaśnia, dlaczego zmienia zdanie o poszczególnych bohaterach, odwołując się do tekstu i do wypowiedzi członków innych grup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samodzielnie formułuje zasady dobrej współpracy w grupie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Podczas lekcji...: April Stevens, „Figgrotten”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bohaterów utworu</w:t>
              <w:br/>
              <w:t>• wymienia wydarzenia przedstawione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przedstawia bohaterów utworu</w:t>
              <w:br/>
              <w:t>• wyjaśnia, dlaczego bohaterka była bardzo aktywna na lekcjach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 zmieniło się zachowanie Figgrotten w klasie</w:t>
              <w:br/>
              <w:t>• wyjaśnia, co czuła Figgrotten, kiedy nauczyciel zadawał jej pytania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stosując odpowiednie tempo i intonację</w:t>
              <w:br/>
              <w:t>• wyjaśnia, czy postawa Friggotten wzbudza sympatię czy niechęć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próbuje znaleźć powody milczenia niektórych uczniów podczas lekcji</w:t>
              <w:br/>
              <w:t>• samodzielnie formułuje pomysły dotyczące zapobiegania bierności uczniów podczas lekcji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Biblioteka na nas czeka: Krystyna Wodnicka, „W bibliotece”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 głośno</w:t>
              <w:br/>
              <w:t>• rozpoznaje pojęcie epitetu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 głośno, wyraźnie</w:t>
              <w:br/>
              <w:t>• wyjaśnia, dlaczego podmiot liryczny nie lubi chodzić do szkoły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wiersz, podkreślając głosem ważne słowa</w:t>
              <w:br/>
              <w:t>• określa temat wiersza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wiersz, stosując odpowiednie tempo i intonację</w:t>
              <w:br/>
              <w:t>• wymyśla tytuły książek wspomnianych w drugiej strofie, wyjaśnia, która z nich jest najciekawsza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formułuje pomysły, jak zachęcić innych do czytania</w:t>
              <w:br/>
              <w:t>• wybiera, dyskutując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Misja: biblioteka!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jakie informacje na temat książki znajdują się na karcie katalogu internetowego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odpowiada na pytania dotyczące dalszych kroków w związku z niewiedzą o miejscu książki, końcem terminu wypożyczenia książki</w:t>
              <w:br/>
              <w:t>• przygotowuje informacje na temat książki wartej przeczytania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szuka w Internecie informacji na temat zajęć organizowanych przez najbliższą bibliotekę</w:t>
              <w:br/>
              <w:t>• wyjaśnia, która z bibliotek przedstawionych na ilustracji wydaje się mu najbardziej atrakcyjna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opracowuje listę rozwiązań, które warto zastosować, by biblioteka była miejscem wartym spędzania w niej czasu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przygotowuje plakat z samodzielnie przygotowanymi hasłami promującymi bibliotekę jako miejsce warte odwiedzenia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Ludzie książki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ludzi, bez których nie powstałaby książka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na czym polega praca poszczególnych osób przy książce</w:t>
              <w:br/>
              <w:t>• dopasowuje nazwy czynności do nazw zawodów osób pracujących przy książce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zapisuje pytania do wybranych osób pracujących przy powstawaniu książki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jakimi cechami charakteru powinny wyróżniać się poszczególne osoby pracujące nad powstawaniem książki i uzasadnia swoje poglądy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który z zawodów związanych z powstawaniem książek wydaje się mu najciekawszy i dlaczego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Bliżej języka: Co już wiemy o rzeczowniku?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rozpoznaje pojęcie rzeczownika</w:t>
              <w:br/>
              <w:t>• wskazuje rzeczowniki nazywające osoby, zwierzęta, rośliny, rzeczy, miejsca, zjawiska pogodowe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zapisuje nazwy uczuć i układa z nimi zdania</w:t>
              <w:br/>
              <w:t>• ustala rodzaj rzeczowników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wyszukuje rzeczowniki w rozmowie, zapisuje je w zeszycie w formie podstawowej i określa ich rodzaj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nazywa cechy charakteru, zapisuje je jako rzeczowniki i określa ich rodzaj</w:t>
              <w:br/>
              <w:t>• zamienia rzeczowniki na inne o podobnych znaczeniu, by uniknąć powtórzeń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poprawnie używa różnych form rzeczowników sprawiających trudności, a w przypadku wątpliwości korzysta ze słownika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Bliżej języka: Jak odmienia się rzeczownik?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podaje liczby i przypadki rzeczownika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zadaje pytania przy kolejnych przypadkach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odmienia rzeczowniki przez przypadki w liczbie pojedynczej i mnogiej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uzupełnia zdania właściwymi formami rzeczownika</w:t>
              <w:br/>
              <w:t>• określa przypadek i liczbę danego rzeczownika w zdaniu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wymyśla zdanie pozwalające zapamiętać nazwy przypadków i ich kolejność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Ortografia dla każdego: Pisownia wielką literą – imiona, nazwiska, tytuły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zasady ortograficzne pisowni wielką literą imion, nazwisk, przydomków, pseudonimów, tytułów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 zasady ortograficzne pisowni wielką literą imion, nazwisk, przydomków, pseudonimów, tytułów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poprawnie zapisuje imiona, nazwiska, przydomki, przezwiska, tytuły książek, filmów, programów, dzieł sztuki</w:t>
              <w:br/>
              <w:t>• korzysta ze słownika ortograficznego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poprawnie zapisuje tytuły książek, filmów, utworów, dzieł sztuki, programów, również ze spójnikami i przyimkami wewnątrz tytułu</w:t>
              <w:br/>
              <w:t>• samodzielnie i sprawnie korzysta ze słownika ortograficznego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zapisuje poprawnie wszystkie podane wyrazy z trudnościami ortograficznymi (pisownia wielką i małą literą)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Interpunkcja: Cudzysłów i kursywa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cudzysłów i kursywę</w:t>
              <w:br/>
              <w:t>• wymienia zasady stosowania cudzysłowu i kursywy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zapisuje tytuły utworów w cudzysłowach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zapisuje cytowane wypowiedzi w cudzysłowach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 kursywę w tekście pisanym na komputerze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poprawnie zapisuje tytuły</w:t>
              <w:br/>
              <w:t>• w wypowiedzi zapisanej ręcznie lub komputerowo na temat swoich ulubionych książek, filmów i programów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Szkoła mówienia i pisania: Jak tworzyć notatki?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czym jest notatka i wymienia różne sposoby notowania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odróżnia różne sposoby notowania</w:t>
              <w:br/>
              <w:t>• sporządza notatki, wykorzystując wiedzę na temat różnych sposobów notowania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wybiera z tekstu ważne informacje</w:t>
              <w:br/>
              <w:t>• notuje ważne informacje w formie krótkiego tekstu, punktów, schematu, tabeli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sporządza notatkę w określonej formie</w:t>
              <w:br/>
              <w:t>• wybiera sposób zanotowania ważnych informacji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trafnie wybiera najlepszą formę notatki i samodzielnie ją redaguje, zgodnie z wymogami dotyczącymi tej formy wypowiedzi</w:t>
              <w:br/>
              <w:t>• przestrzega zasad poprawności językowej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Rozdział III. O sobie, o nas, Nikołaj Pietrowicz Bogdanow-Bielski, „Goście”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postaci znajdujące się na obrazie</w:t>
              <w:br/>
              <w:t>• określa czas i miejsce sytuacji przedstawionej na obrazie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opisuje postacie przedstawione na obrazie</w:t>
              <w:br/>
              <w:t>• wyjaśnia obecność lampionów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opisuje sytuację przedstawioną na obrazie</w:t>
              <w:br/>
              <w:t>• przewiduje niespodzianki i zabawy czekające na chłopców za ogrodzeniem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proponuje tematy rozmów postaci przedstawionych na obrazie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 związek tytułu z sytuacją przedstawioną na obrazie</w:t>
              <w:br/>
              <w:t>• opowiada, co będzie działo się później, w jakich wydarzeniach będą uczestniczyć chłopcy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Jaka, jaki jestem?: Joanna Papuzińska, „Ja”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 głośno</w:t>
              <w:br/>
              <w:t>• rozpoznaje pojęcie porównania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 głośno, wyraźnie</w:t>
              <w:br/>
              <w:t>• wyjaśnia, jak przedstawia siebie osoba, która wypowiada się w wierszu, na czym się skupia w prezentacji siebie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wiersz, podkreślając głosem ważne słowa</w:t>
              <w:br/>
              <w:t>• określa, jakie są te myśli, kiedy się pojawiają i czego mogą dotyczyć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uzasadnia, czy dobrze jest mieć wiele myśli w głowie</w:t>
              <w:br/>
              <w:t>• analizuje budowę porównania i wskazuje porównania w wierszu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zapisuje trzy swoje cechy i prezentuje je w formie porównań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Jesteśmy różni: Ewa Martynkien, „ Mój kumpel Jeremi”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wskazuje, gdzie i kiedy dzieją się wydarzenia przedstawione w tekście</w:t>
              <w:br/>
              <w:t>• wskazuje, dla kogo wydarzenie jest nieprzyjemne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mówi, co Oskar i Jeremi mogli czuć podczas zabawy dziurawą piłką, podczas spotkania z wyrostkami i w chwili dotarcia do szałasu</w:t>
              <w:br/>
              <w:t>• wskazuje, w których sytuacjach uczucia chłopców się różniły i wyjaśnia przyczynę tych różnic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dlaczego narrator przypomniał sobie historię gęsi Emmy, gdy był prześladowany</w:t>
              <w:br/>
              <w:t>• wskazuje, co łączy historię gęsi Emmy z przeżyciami narratora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fragmentu utworu, w którym bohater akceptuje siebie takim, jakim jest i wyjaśnia, co te słowa o nim mówią i czego mogą nas nauczyć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 w codziennym życiu można wykorzystać różnorodność ludzi, zwierząt i roślin</w:t>
              <w:br/>
              <w:t>• wyjaśnia, co można zrobić, by pomóc osobie prześladowanej i zadbać o swoje bezpieczeństwo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Jak sobie radzę z emocjami?: Agnieszka Chylińska, „Zezia i wszystkie problemy świata”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najważniejsze wydarzenie z tekstu</w:t>
              <w:br/>
              <w:t>• wskazuje bohaterów wydarzenia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co było ważne dla Zuzi po rozpoczęciu biegu</w:t>
              <w:br/>
              <w:t>• omawia, jak Basia Pająk i pani Izabela dodawały Zuzi otuchy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jaki wpływ na Zuzię może mieć niepowodzenie podczas zawodów</w:t>
              <w:br/>
              <w:t>• wyjaśnia, czy doświadczenie niepowodzenia może być przydatne w życiu, uzasadnia swoje stanowisko odwołując się do treści tekstu i własnych doświadczeń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 radzić sobie z uczuciami po niepowodzeniach</w:t>
              <w:br/>
              <w:t>• wskazuje, na podstawie własnych doświadczeń, co pomaga odzyskać spokój i gotowość do podejmowania kolejnych wyzwań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przygotowuje plakat zachęcający do wysiłku mimo kolejnych niepowodzeń</w:t>
              <w:br/>
              <w:t>• wymyśla hasło motywujące do wytrwałego dążenia do celu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Jak się chwalić?: Jan Brzechwa, „Samochwała”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jaka jest Samochwała przedstawiona w wierszu:</w:t>
              <w:br/>
              <w:t>• rozpoznaje pojęcie rymu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z czego Samochwała może być dumna, uzasadnia swoją odpowiedź, odwołując się do tekstu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różnicę, pomiędzy chwaleniem się a przechwalaniem</w:t>
              <w:br/>
              <w:t>• decyduje, czy Samochwała chwali się, czy przechwala, uzasadnia swoją odpowiedź, odwołując się do tekstu i własnych doświadczeń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jakie uczucia może wzbudzać Samochwała w swoich koleżankach i kolegach, uzasadnia swoją odpowiedź, odwołując się do tekstu i własnych doświadczeń</w:t>
              <w:br/>
              <w:t>• zapisuje trzy pary wyrazów, które rymują się w utworze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formułuje radę dla Samochwały, jak mówić o swoich zaletach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Młodzi mają głos: Anne-Cath. Vestly, „8+2 i promenada babci”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bohaterów utworu</w:t>
              <w:br/>
              <w:t>• wymienia wydarzenia przedstawione w utworze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przedstawia bohaterów utworu</w:t>
              <w:br/>
              <w:t>• wyjaśnia, jak wyglądała sytuacja, w której uczestniczą bohaterowie z ich perspektywy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wyraźnie oraz cicho</w:t>
              <w:br/>
              <w:t>• wyjaśnia, jakie informacje przekazuje autor tekstu na temat dzieci poprzez zachowanie i postawę Mortena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stosując odpowiednie tempo i intonację</w:t>
              <w:br/>
              <w:t>• wyjaśnia, jak na co dzień można dbać o przyrodę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samodzielnie wykonuje plakat zachęcający do dbania o przyrodę</w:t>
              <w:br/>
              <w:t>• formułuje sądy na temat tego, dlaczego warto reagować, gdy przyroda jest zagrożona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Wielki człowiek, czyli jaki?: Ewa Szelburg-Zarembina, „Przed pomnikiem Wielkiego Człowieka”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 głośno</w:t>
              <w:br/>
              <w:t>• rozpoznaje pojęcie adresata wiersza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jakie uczucia towarzyszą mu po przeczytaniu wiersza i uzasadnia swoją odpowiedź</w:t>
              <w:br/>
              <w:t>• wyjaśnia, kim jest adresat wiersza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 na podstawie wiersza, kim jest wielki człowiek</w:t>
              <w:br/>
              <w:t>• wyjaśnia wpływ wielkiego człowieka na świat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wiersz, stosując odpowiednie tempo i intonację</w:t>
              <w:br/>
              <w:t>• wyjaśnia, co oznaczają słowa i ty możesz wyrosnąć na wielkiego człowieka i odnosi je do własnych doświadczeń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formułuje listę cech wyróżniających wielkiego człowieka, uzasadnia swoje wybory</w:t>
              <w:br/>
              <w:t>• proponuje swoje rozwiązania, by świat stał się lepszym miejscem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Komunikacja: Jak się porozumiewamy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rozpoznaje pojęcie nadawcy, odbiorcy oraz komunikatu</w:t>
              <w:br/>
              <w:t>• wskazuje nadawcę i odbiorcę komunikatu na podstawie zdjęć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przedstawia, jakie znaki wykorzystujemy, by skutecznie się komunikować</w:t>
              <w:br/>
              <w:t>• nazywa uczucia postaci na ilustracjach i wyraża je emotikonami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dlaczego w miejscach publicznych stosuje się znaki graficzne podczas komunikowania się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dlaczego znajomość znaków jest potrzebna we współczesnym świecie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samodzielnie projektuje znak, za pomocą którego informuje innych o potrzebie odpoczynku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Bliżej języka: Co już wiemy o przymiotniku?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przymiotniki wśród innych części mowy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wypisuje z tekstu rzeczowniki wraz z określającymi je przymiotnikami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wypisuje rzeczowniki i dopasowuje do nich odpowiednie przymiotniki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wyszukuje przymiotniki w zadaniach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opisuje salę lekcyjną, używając przymiotników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Bliżej języka: Jak odmienia się przymiotnik?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dopasowuje przymiotniki do ilustracji</w:t>
              <w:br/>
              <w:t>• podaje liczby, rodzaje i przypadki przymiotnika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odmienia przymiotnik przez liczby i przypadki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 przymiotniki w odpowiednich formach</w:t>
              <w:br/>
              <w:t>• odróżnia przymiotniki w rodzaju męskoosobowym i niemęskoosobowym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określa przypadek, rodzaj i liczbę danego przymiotnika</w:t>
              <w:br/>
              <w:t>• określa rodzaj przymiotnika w liczbie pojedynczej i liczbie mnogiej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zastępuje przymiotniki modne ich synonimami, by tworzyć precyzyjniejsze wypowiedzi</w:t>
              <w:br/>
              <w:t>• w przypadku wątpliwości korzysta z odpowiedniego słownika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Ortografia dla każdego: Pisownia wyrazów z rz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zasady ortograficzne pisowni rz</w:t>
              <w:br/>
              <w:t>• poprawnie zapisuje wyrazy zakończone na: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 zasady ortograficzne pisowni rz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tworzy formy pokrewne i poprawnie zapisuje wyrazy z rz wymiennym</w:t>
              <w:br/>
              <w:t>• korzysta ze słownika ortograficznego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poprawnie zapisuje wyjątki w pisowni rz po spółgłoskach</w:t>
              <w:br/>
              <w:t>• poprawnie zapisuje wyrazy z rz niewymiennym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samodzielnie i sprawnie korzysta ze słownika ortograficznego</w:t>
              <w:br/>
              <w:t>• tworzy historyjkę z wyrazami z rz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Ortografia dla każdego: Pisownia wyrazów z ż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zasady ortograficzne pisowni ż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 zasady ortograficzne pisowni ż</w:t>
              <w:br/>
              <w:t>• poprawnie zapisuje wyrazy z ż po l, ł, r, n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tworzy formy pokrewne i poprawnie zapisuje wyrazy z ż wymiennym</w:t>
              <w:br/>
              <w:t>• korzysta ze słownika ortograficznego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poprawnie zapisuje wyrazy z ż niewymiennym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samodzielnie i sprawnie korzysta ze słownika ortograficznego</w:t>
              <w:br/>
              <w:t>• tworzy historyjkę dotyczącą tego, o czym mogą rozmawiać nowi znajomi: sierżant, inżynier i jego żona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Szkoła mówienia i pisania: Jak opisać postać?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 pojęcie opis postaci i wymienia jego najważniejsze elementy</w:t>
              <w:br/>
              <w:t>• wymienia wyrazy opisujące wygląd postaci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łączy nazwy części opisu postaci z przykładami</w:t>
              <w:br/>
              <w:t>• wymienia przymiotniki określające wiek, wzrost, sylwetkę, twarz, włosy, strój, usposobienie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cechy charakteru postaci na podstawie jej zachowania</w:t>
              <w:br/>
              <w:t>• stosuje wyrazy bliskoznaczne, dzięki którym unika powtórzeń wyrazów być i mieć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przygotowuje zagadki</w:t>
              <w:br/>
              <w:t>• opisy osób z klasy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samodzielnie, zgodnie z wymogami dotyczącymi tej formy wypowiedzi, redaguje poprawny i wyczerpujący opis postaci, unikając powtórzeń</w:t>
              <w:br/>
              <w:t>• wyjaśnia, jak w codziennym życiu można wykorzystać umiejętność opisywania postaci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Rozdział IV. Opisać Polskę, Henryk Weyssenhoff „Wiosna”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nazywa kolory, które widzi na obrazie</w:t>
              <w:br/>
              <w:t>• mówi o pogodzie, przedstawionej na obrazie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określa czas i miejsce sytuacji przedstawionej na obrazie</w:t>
              <w:br/>
              <w:t>• wyjaśnia, czy miejsce przedstawione na obrazie jest spokojne, czy pełne ruchu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 przedstawiony na obrazie krajobraz wyglądałby zimą lub jesienią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opisuje pierwszy i drugi plan obrazu</w:t>
              <w:br/>
              <w:t>• wybiera fragment obrazu i opisuje go za każdym razem w jednym zdaniu wesoło, smutno, tajemniczo, zabawnie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 związek między dziełem a tytułem rozdziału</w:t>
              <w:br/>
              <w:t>• nadaje obrazowi własny tytuł i uzasadnia swój wybór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Polska – mój kraj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ważne miejsca w Polsce</w:t>
              <w:br/>
              <w:t>• podaje skojarzenia ze słowem Polska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podaje, z czego słyną różne miejsca w Polsce</w:t>
              <w:br/>
              <w:t>• rozpoznaje miejsca, budynki i przedmioty przedstawione na mapie Polski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wybiera trzy polskie miasta i podaje do nich jak najwięcej skojarzeń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opowiada o atrakcjach regionu, w którym mieszka</w:t>
              <w:br/>
              <w:t>• wyjaśnia, co łączy wszystkich Polaków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samodzielnie przygotowuje folder dla zagranicznych turystów reklamujący najładniejsze miejsca w Polsce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Co warto wiedzieć o hymnie?: Józef Wybicki, „Mazurek Dąbrowskiego”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rozpoznaje hymn Polski „Mazurek Dąbrowskiego”</w:t>
              <w:br/>
              <w:t>• rozpoznaje pojęcie rytmu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dla kogo napisano „Mazurek Dąbrowskiego” i w jakiej sytuacji znajdowała się wtedy Polska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określa nastrój utworu, uzasadnia na podstawie tekstu swoje zdanie</w:t>
              <w:br/>
              <w:t>• wyjaśnia, co oznacza słowo „my” w utworze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omawia, do jakiej postawy wobec ojczyzny chce przekonać Polaków osoba mówiąca w utworze</w:t>
              <w:br/>
              <w:t>• wyjaśnia, jak wyrazić miłość do ojczyzny w czasach pokoju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 wyrazić miłość do ojczyzny w czasach pokoju</w:t>
              <w:br/>
              <w:t>• wyjaśnia, jak zachowywać się podczas śpiewania lub słuchania „ Mazurka Dąbrowskiego”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Jak być patriotą na co dzień?: Marek Michalak, „Opowieści o tym, co w życiu ważne”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bohaterów utworu</w:t>
              <w:br/>
              <w:t>• wymienia wydarzenia przedstawione w utworze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 i cicho</w:t>
              <w:br/>
              <w:t>• przedstawia bohaterów utworu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wyraźnie oraz cicho</w:t>
              <w:br/>
              <w:t>• wskazuje różne przykłady zachowań patriotycznych i odnosi je do codziennego życia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dlaczego dbanie o przyrodę jest przykładem postawy patriotycznej</w:t>
              <w:br/>
              <w:t>• wyjaśnia powód powołania się w tekście na autorytet i buduje wniosek dotyczący tego, jak rodzice współcześnie mogą swoje dzieci uczyć patriotyzmu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samodzielnie tworzy definicję patriotyzmu i dyskutuje na temat współczesnego rozumienia patriotyzmu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Piastowska gościnność: Magdalena Grądzka, „Piast Kołodziej”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bohaterów utworu</w:t>
              <w:br/>
              <w:t>• rozpoznaje pojęcie elementów realistycznych i fantastycznych utworu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 i cicho</w:t>
              <w:br/>
              <w:t>• przedstawia bohaterów utworu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wyraźnie oraz cicho</w:t>
              <w:br/>
              <w:t>• wymienia wydarzenia realistyczne i fantastyczne legendy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stosując odpowiednie tempo i intonację</w:t>
              <w:br/>
              <w:t>• wskazuje cechy charakteru Piasta Kołodzieja i uzasadnia je, odnosząc się do treści legendy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samodzielnie tworzy definicję gościnności</w:t>
              <w:br/>
              <w:t>• wyjaśnia, dlaczego warto okazywać gościnność innym ludziom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Kraj Lecha: Magdalena Grądzka, „O Lechu, Czechu i Rusie”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bohaterów utworu</w:t>
              <w:br/>
              <w:t>• rozpoznaje pojęcie legendy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 i cicho</w:t>
              <w:br/>
              <w:t>• przedstawia bohaterów utworu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dlaczego gród Lecha nazwano Gnieznem</w:t>
              <w:br/>
              <w:t>• wyjaśnia związek między legendą a polskim godłem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stosując odpowiednie tempo i intonację</w:t>
              <w:br/>
              <w:t>• wyjaśnia, o jakim ważnym wydarzeniu opowiada legenda „O Lechu, Czechu i Rusie”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samodzielnie tworzy wypowiedź na temat tego, dlaczego warto znać przeszłość Polaków i Polski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Z wizytą w teatrze: Joanna Kulmowa, „Po co jest teatr?”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 głośno</w:t>
              <w:br/>
              <w:t>• określa, gdzie ma miejsce sytuacja ukazana w tekście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co jest tematem wiersza</w:t>
              <w:br/>
              <w:t>• wyjaśnia znaczenie rekwizytów w teatrze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wiersz, podkreślając głosem ważne słowa</w:t>
              <w:br/>
              <w:t>• wyjaśnia, co to znaczy, że w teatrze dzieją się czary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wiersz, stosując odpowiednie tempo i intonację</w:t>
              <w:br/>
              <w:t>• wyjaśnia, dlaczego, według podmiotu mówiącego, warto chodzić do teatru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proponuje, jak wykorzystać różne przedmioty na scenie teatralnej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Ludzie teatru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ludzi przygotowujących przedstawienie teatralne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na czym polega praca poszczególnych osób przy przedstawieniu teatralnym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który z zawodów związanych z teatrem wydaje się być najciekawszy i uzasadnia swój wybór</w:t>
              <w:br/>
              <w:t>• prezentuje zawody związane z teatrem za pomocą ikonek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który z elementów przedstawienia teatralnego (reżyseria, gra aktorów, kostiumy, charakteryzacja, dekoracje, rekwizyty, muzyka, światło) jest szczególnie ważny i uzasadnia swój wybór, odnosząc się do własnych doświadczeń</w:t>
              <w:br/>
              <w:t>• opowiada o wrażeniach z obejrzanego przedstawienia teatralnego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tworzy kodeks kulturalnego zachowania w teatrze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Bazyliszek w teatrze: Wanda Chotomska, „Legenda o warszawskim Bazyliszku”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 tekst</w:t>
              <w:br/>
              <w:t>• wymienia bohaterów utworu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 i cicho</w:t>
              <w:br/>
              <w:t>• przedstawia bohaterów utworu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wyraźnie oraz cicho</w:t>
              <w:br/>
              <w:t>• wyjaśnia, jakimi cechami charakteru wykazała się bohaterka i uzasadnia swój wybór, odnosząc się do tekstu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jaką decyzję podjąłby, będąc na miejscu Magdy</w:t>
              <w:br/>
              <w:t>• wyjaśnia, czy przysłowie można odnieść do zakończenia legendy, uzasadniając swoją odpowiedź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przygotowuje przedstawienie pod tytułem „Legenda o warszawskim Bazyliszku”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Bliżej języka: Co już wiemy o czasowniku?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czynności uczniów podczas przerwy</w:t>
              <w:br/>
              <w:t>• wskazuje czasowniki wśród innych części mowy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z jakimi wyrazami łączą się czasowniki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odróżnia czasowniki nazywające czynności i stany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poprawnie stosuje czasowniki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tworzy wypowiedzi o ulubionych lekcjach, wykorzystując czasowniki nazywające czynności i stany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Bliżej języka: Jak odmienia się czasownik?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czasowniki w czasie przeszłym, teraźniejszym i przyszłym</w:t>
              <w:br/>
              <w:t>• wskazuje bezokolicznik jako nieosobową formę czasownika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odmienia czasowniki przez liczby i osoby</w:t>
              <w:br/>
              <w:t>• odróżnia czasowniki w czasie przeszłym, teraźniejszym i przyszłym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 czasowniki w odpowiednich formach</w:t>
              <w:br/>
              <w:t>• określa osobę, liczbę i rodzaj czasownika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poprawnie stosuje czasowniki w różnych rodzajach</w:t>
              <w:br/>
              <w:t>• tworzy poprawne formy trudnych czasowników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wykorzystuje wiedzą o czasowniku do komunikowania się z otoczeniem w adekwatny sposób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Ortografia dla każdego: Pisownia wielką literą – państwa, regiony, miasta, dzielnice, wsie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zasady ortograficzne pisowni wielką literą państw, regionów, miast, dzielnic, wsi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 zasady ortograficzne pisowni wielką literą państw, regionów, miast, dzielnic, wsi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poprawnie zapisuje nazwy państw, regionów, miast, dzielnic, wsi</w:t>
              <w:br/>
              <w:t>• korzysta ze słownika ortograficznego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poprawnie zapisuje nazwy państw, regionów, miast, dzielnic, wsi, odróżniając nazwy własne od pospolitych</w:t>
              <w:br/>
              <w:t>• samodzielnie i sprawnie korzysta ze słownika ortograficznego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tworzy wypowiedź pisemną na temat miejscowości, w której mieszka, województwa, kraju, który chce odwiedzić i języka, którym mówią mieszkańcy kraju, poprawnie zapisując nazwy państw, regionów, miast, dzielnic, wsi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Szkoła mówienia i pisania: Jak napisać plan wydarzeń?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określa, czym jest ramowy i szczegółowy plan wydarzeń</w:t>
              <w:br/>
              <w:t>• uzupełnia ramowy plan wydarzeń na podstawie tekstu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przekształca czasowniki na rzeczowniki nazywające czynność</w:t>
              <w:br/>
              <w:t>• przekształca plan wydarzeń z czasownikami na plan wydarzeń z rzeczownikami nazywającymi czynności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redaguje ramowy plan wydarzeń na podstawie tekstu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redaguje plan szczegółowy na podstawie tekstu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samodzielnie, zgodnie z wymogami dotyczącymi tej formy wypowiedzi, redaguje poprawny szczegółowy plan wydarzeń, unikając powtórzeń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Rozdział V. Baśniowe krainy, Anne Grahame Johnstone, „Pasterka i kominiarczyk” Hansa Christiana Andersena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elementy znajdujące się na obrazie</w:t>
              <w:br/>
              <w:t>• opisuje mężczyznę znajdującego się na obrazie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jakie elementy przedstawione na obrazie zna z baśni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odgaduje, na podstawie tytułu obrazu, kim jest mężczyzna przedstawiony na obrazie i uzasadnia swoją odpowiedź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opisuje pierwszy i drugi plan obrazu</w:t>
              <w:br/>
              <w:t>• opowiada w kilku zdaniach o sytuacji przedstawionej na obrazie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przestawia słowa, które mogłyby się pojawić w głosowi twórcy obrazu, gdy patrzy na świat własnej wyobraźni i uzasadniam swój wybór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Poznajemy cechy baśni: Charles Perrault, „Kopciuszek”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bohaterów utworu</w:t>
              <w:br/>
              <w:t>• rozpoznaje pojęcie baśni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 i cicho</w:t>
              <w:br/>
              <w:t>• przedstawia bohaterów utworu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wyraźnie oraz cicho</w:t>
              <w:br/>
              <w:t>• dopasowuje cechy charakteru do postaci, uzasadniając swoje stanowisko na podstawie tekstu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stosując odpowiednie tempo i intonację</w:t>
              <w:br/>
              <w:t>• wskazuje na podstawie tekstu cechy baśni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samodzielnie tworzy wypowiedź na temat tego, które cechy Kopciuszka są godne naśladowania, a które budzą wątpliwości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O czarze, który prysł: Wanda Chotomska, „Kopciuszek”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bohaterów utworu</w:t>
              <w:br/>
              <w:t>• rozpoznaje pojęcie dialogu i monologu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z jakich części składa się tekst</w:t>
              <w:br/>
              <w:t>• wyjaśnia, jaką funkcję pełni tekst zapisany kursywą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które słowa w tekście są najważniejsze i dlaczego</w:t>
              <w:br/>
              <w:t>• dopasowuje emotikony do emocjo Kopciuszka i uzasadnia swój wybór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tekst głośno, stosując odpowiednie tempo i intonację, z podziałem na role</w:t>
              <w:br/>
              <w:t>• wyjaśnia morał płynący z wypowiedzi Księcia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przygotowuje plakat do przedstawienia teatralnego o Kopciuszku</w:t>
              <w:br/>
              <w:t>• umieszcza na plakacie elementy graficzne odnoszące się do tekstu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Szansa na lepsze życie: Jacob i Wilhelm Grimm, „O rybaku i jego żonie”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bohaterów utworu</w:t>
              <w:br/>
              <w:t>• wskazuje na powtarzające się słowa w baśni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 i cicho</w:t>
              <w:br/>
              <w:t>• przedstawia bohaterów utworu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 przyroda reagowała na kolejne żądania żony rybaka</w:t>
              <w:br/>
              <w:t>• wyjaśnia, które cechy rybaka i jego żony przyczyniły się do utraty szansy na poprawę życia bohaterów i uzasadnia swoją odpowiedź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doradza rybakowi i jego żonie, o spełnienie którego życzenia mogliby poprosić, gdyby złota rybka dała im drugą szansę, uzasadnia swoją odpowiedź</w:t>
              <w:br/>
              <w:t>• wybiera powiedzenie zgodne z przesłaniem baśni i uzasadnia swój wybór, odnosząc się do znaczenia powiedzenia i treści baśni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porównuje baśń „Kopciuszek” i baśń “O rybaku i złotej rybce” wskazując podobieństwo złotej rybki do jednej z postaci z baśni “Kopciuszek”</w:t>
              <w:br/>
              <w:t>• wyjaśnia, na czym polega podobieństwo codziennego życia rybaka do życia Kopciuszka i jej sióstr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Prawda czy pozory?: Hans Christian Andersen, „Nowe szaty cesarza”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bohaterów utworu</w:t>
              <w:br/>
              <w:t>• wskazuje zdania prawdziwe i fałszywe na podstawie tekstu baśni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 i cicho</w:t>
              <w:br/>
              <w:t>• przedstawia bohaterów utworu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czy uprzejmość ukazaną w utworze można uznać za zaletę, uzasadnia swoje stanowisko</w:t>
              <w:br/>
              <w:t>• wyjaśnia, dlaczego dworzanie nie mówili cesarzowi prawdy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dlaczego dziecko powiedziało cesarzowi prawdę, uzasadnia swoje stanowisko</w:t>
              <w:br/>
              <w:t>• nazywa uczucia towarzyszące cesarzowi, który usłyszał, że jest nagi, uzasadnia swoje stanowisko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samodzielnie tworzy wypowiedź na temat tego, co powinien zrobić cesarz, by odzyskać szacunek poddanych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Bliżej języka: Jak odmienia się czasownik w czasie przeszłym i przyszłym?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czasowniki w czasie przeszłym i przyszłym</w:t>
              <w:br/>
              <w:t>• podaje liczby, rodzaje i osoby czasownika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odróżnia czasowniki w czasie przeszłym i przyszłym</w:t>
              <w:br/>
              <w:t>• odmienia czasowniki w czasie przeszłym przez osoby, liczby i rodzaje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 czasowniki w czasie przeszłym i przyszłym</w:t>
              <w:br/>
              <w:t>• odmienia czasowniki w czasie przyszłym w formie prostej i złożonej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 formy prostą i złożoną czasowników w czasie przyszłym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odróżnia w formach osobowych czasowników formę złożoną czasu przyszłego z bezokolicznikiem od formy złożonej z dwóch czasowników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Bliżej języka: Czym jest przysłówek?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przysłówki wśród innych części mowy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wyszukuje przysłówki w tekście</w:t>
              <w:br/>
              <w:t>• rozpoznaje przysłówki pochodzące od przymiotników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tworzy przysłówki od przymiotników</w:t>
              <w:br/>
              <w:t>• dopisuje odpowiednie przysłówki do czasowników w zdaniach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określa znaczenie przysłówków w zdaniu</w:t>
              <w:br/>
              <w:t>• dostrzega związek między przysłówkiem a czasownikiem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redaguje tekst z wykorzystaniem różnych, celowo dobranych przysłówków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Ortografia dla każdego: Pisownia nie z różnymi częściami mowy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zasady ortograficzne pisowni nie z czasownikami, rzeczownikami, przymiotnikami i przysłówkami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 zasady ortograficzne pisowni nie z czasownikami, rzeczownikami, przymiotnikami i przysłówkami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poprawnie zapisuje wyrazy z przeczeniem nie</w:t>
              <w:br/>
              <w:t>• korzysta ze słownika ortograficznego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 zasady ortograficzne pisowni nie z czasownikami, rzeczownikami, przymiotnikami i przysłówkami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samodzielnie i sprawnie korzysta ze słownika ortograficznego</w:t>
              <w:br/>
              <w:t>• tworzy własne strategie uczenia się zasad ortograficznych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Szkoła mówienia i pisania: Jak opisać przedmiot?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najważniejsze elementy opisu przedmiotu</w:t>
              <w:br/>
              <w:t>• podaje wyrazy opisujące wygląd przedmiotu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 wyrazy bliskoznaczne nazywające cechy przedmiotu</w:t>
              <w:br/>
              <w:t>• tworzy porównania, aby urozmaicić opis przedmiotu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redaguje opis przedmiotu, unikając powtórzeń czasowników być i mieć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 w wypowiedzi pisemnej odpowiednią kompozycję</w:t>
              <w:br/>
              <w:t>• wydziela akapity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samodzielnie, zgodnie z wymogami dotyczącymi tej formy wypowiedzi, redaguje poprawny opis przedmiotu, unikając powtórzeń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VI. Co jest w życiu ważne, Cordula Ditz, „Czworo przyjaciół”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elementy znajdujące się na obrazie</w:t>
              <w:br/>
              <w:t>• opisuje wygląd postaci znajdującej się na obrazie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jakie uczucia budzi w nim namalowana scena, uzasadnia swoje wybory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co myśli o postaciach pokazanych na obrazie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opisuje pierwszy i drugi plan obrazu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 znaczenie tytułu w kontekście sytuacji przedstawionej na obrazie, uzasadnia swoje stanowisko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Wolniej, proszę!: Danuta Wawiłow, „Szybko”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 głośno</w:t>
              <w:br/>
              <w:t>• rozpoznaje pojęcie powtórzenia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kim jest podmiot mówiący w wierszu</w:t>
              <w:br/>
              <w:t>• wyjaśnia, czyje słowa powtarza w pierwszej strofie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wiersz, podkreślając głosem ważne słowa</w:t>
              <w:br/>
              <w:t>• ocenia, czy pragnienia osoby mówiącej w wierszu są możliwe do spełnienia i uzasadnij swoją odpowiedź, odwołując się do tekstu i własny doświadczeń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co oznaczają powtórzenia w tekście</w:t>
              <w:br/>
              <w:t>• wyjaśnia, w jakich znaczeniach użyto słowa wolno w tekście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proponuje rozwiązania dotyczącego tego, co zrobić, by uniknąć w życiu pośpiechu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Pozory mylą: Joanna Olech, „Leo”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bohaterów utworu</w:t>
              <w:br/>
              <w:t>• rozpoznaje pojęcie opowiadania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przedstawia bohaterów utworu</w:t>
              <w:br/>
              <w:t>• wyjaśnia, kto jest narratorem utworu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wyraźnie oraz cicho</w:t>
              <w:br/>
              <w:t>• wyjaśnia, jak bohater reaguje na zaczepki widzów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co chłopcy chcieli pokazać swoim wyglądem</w:t>
              <w:br/>
              <w:t>• ocenia postępowanie chłopców z drużyny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 znaczenie tolerancji w życiu codziennym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W wirtualnym świecie: Katarzyna Wasilkowska, „Już, już!”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 tekst</w:t>
              <w:br/>
              <w:t>• wymienia bohaterów utworu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przedstawia bohaterów utworu</w:t>
              <w:br/>
              <w:t>• wyjaśnia zachowania bohaterki w świecie realnym i wirtualnym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wyraźnie oraz cicho</w:t>
              <w:br/>
              <w:t>• tworzy hierarchię wartości Luli i uzasadnia wskazaną kolejność wartości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dlaczego świat realny jest dla Luli nieatrakcyjny</w:t>
              <w:br/>
              <w:t>• ocenia postępowanie bohaterki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zalety i wady korzystania z gier komputerowych</w:t>
              <w:br/>
              <w:t>• proponuje rozwiązania prowadzące do przestrzegania zasad higieny cyfrowej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Instrukcja na życie: Roksana Jędrzejewska-Wróbel, „Praktyczny pan”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 tekst</w:t>
              <w:br/>
              <w:t>• rozpoznaje pojęcie antonimu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 i cicho</w:t>
              <w:br/>
              <w:t>• przedstawia bohatera utworu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 na czym polega porównanie zażywania tabletek z posiadaniem kota</w:t>
              <w:br/>
              <w:t>• stosuje antonimy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co jak mogłaby się potoczyć historia, gdyby praktyczny pan nie usłyszał audycji o zaletach kotów</w:t>
              <w:br/>
              <w:t>• wyjaśnia, jak obecność kota mogłaby zmienić pana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 rolę zwierząt w życiu człowieka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Wierny jak... Hachiko: G.L. Marvel, „Hachiko”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 tekst</w:t>
              <w:br/>
              <w:t>• wskazuje, na które pytania nie można znaleźć odpowiedzi w tekście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 i cicho</w:t>
              <w:br/>
              <w:t>• wyjaśnia, co jest tematem utworu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wyraźnie oraz cicho</w:t>
              <w:br/>
              <w:t>• wyjaśnia, dlaczego pracownicy stacji początkowo przeganiali Hachiko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odpowiada, czy zgadza się z powiedzeniem, że pies to najlepszy przyjaciel człowieka, uzasadnia swoją opinię</w:t>
              <w:br/>
              <w:t>• porównuje historię Hachiko z polskim psem Dżoku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tworzy kodeks postępowania właścicieli zwierząt zabierających swoje pupile do miejsc publicznych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Komunikacja: Jak się porozumiewać skutecznie?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rozpoznaje pojęcie grzeczności językowej</w:t>
              <w:br/>
              <w:t>• wymienia zwroty i gesty powitalne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przedstawia zasady skutecznej komunikacji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 stosować zasady skutecznej komunikacji na co dzień</w:t>
              <w:br/>
              <w:t>• wskazuje cechy dobrego i uważnego rozmówcy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dlaczego bohaterowie scenek nie stosują zasad skutecznej komunikacji</w:t>
              <w:br/>
              <w:t>• wyjaśnia znaczenie powiedzenia Słowa mają moc i odnosi je do swoich doświadczeń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tworzy wypowiedź dotyczącą powodów, dla których należy stosować zasady skutecznej komunikacji na co dzień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Bliżej języka: Jakie są typy zdań?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czym jest zdanie</w:t>
              <w:br/>
              <w:t>• wymienia typy zdań ze względu na cel wypowiedzi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rozpoznaje zdania oznajmujące, pytające i rozkazujące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 odpowiednie typy zdań w wypowiedzi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tworzy rady, jak nie należy zachowywać się w muzeum, wykorzystując zdania rozkazujące</w:t>
              <w:br/>
              <w:t>• stosuje odpowiednie słownictwo, tworząc grzeczne prośby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samodzielnie formułuje wniosek uzasadniający zalety stosowania różnych typów zdań w wypowiedzi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Ortografia dla każdego: Pisownia wyrazów z ch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zasady ortograficzne pisowni ch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 zasady ortograficzne pisowni ch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tworzy formy pokrewne i poprawnie zapisuje wyrazy z ch wymiennym</w:t>
              <w:br/>
              <w:t>• korzysta ze słownika ortograficznego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poprawnie zapisuje wyrazy z ch niewymiennym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zapisuje poprawnie wszystkie podane wyrazy z trudnościami ortograficznymi (pisownia z ch)</w:t>
              <w:br/>
              <w:t>• samodzielnie i sprawnie korzysta ze słownika ortograficznego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Ortografia dla każdego: Pisownia wyrazów z h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zasady ortograficzne pisowni h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 zasady ortograficzne pisowni h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tworzy formy pokrewne i poprawnie zapisuje wyrazy z h wymiennym</w:t>
              <w:br/>
              <w:t>• korzysta ze słownika ortograficznego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poprawnie zapisuje wyrazy z h niewymiennym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zapisuje poprawnie wszystkie podane wyrazy z trudnościami ortograficznymi (pisownia z h)</w:t>
              <w:br/>
              <w:t>• samodzielnie i sprawnie korzysta ze słownika ortograficznego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Interpunkcja: Znaki na końcu zdania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znaki interpunkcyjne znajdujące się na końcu zdania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stosuje, zgodnie z regułami, kropkę, pytajnik, wykrzyknik na końcu zdania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stosuje znaki interpunkcyjne świadomie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poprawnie interpunkcyjnie zapisuje tekst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formułuje wniosek dotyczący zasadności przestrzegania reguł polskiej interpunkcji i jej wpływu na sens wypowiedzi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Szkoła mówienia i pisania: Jak napisać opowiadanie?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określa, czym jest opowiadanie i wymienia jego części</w:t>
              <w:br/>
              <w:t>• łączy części opowiadania z ich przykładowymi realizacjami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układa wydarzenia do opowiadania w kolejności</w:t>
              <w:br/>
              <w:t>• redaguje początek opowiadania na podstawie ilustracji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redaguje opowiadanie, zachowując kolejność wydarzeń i trójdzielną kompozycję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redaguje opowiadanie twórcze na podstawie wstępu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samodzielnie, zgodnie z wymogami dotyczącymi tej formy wypowiedzi, redaguje poprawne opowiadanie twórcze, unikając powtórzeń, stosując słownictwo dynamizujące akcję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Rozdział VII. Urok i siła marzeń. Tomasz Sętowski, „Podróż do nieznanej krainy”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elementy znajdujące się na obrazie</w:t>
              <w:br/>
              <w:t>• wymienia kolory, które widzi na obrazie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jakie uczucia budzi w nim namalowana scena, uzasadnia swoje wybory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elementy fantastyczne i realistyczne na obrazie</w:t>
              <w:br/>
              <w:t>• wyjaśnia, jak połączenie elementów realistycznych z fantastycznymi wpływa na nastrój obrazu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wymyśla trzy tytuły dla obrazu: poważny, zabawny, tajemniczy, uzasadnia swoje pomysły</w:t>
              <w:br/>
              <w:t>• wymyśla nazwę dla ukazanej krainy i uzasadnia swój wybór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 znaczenie tytułu w kontekście sytuacji przedstawionej na obrazie, uzasadnia swoje stanowisko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Świat oczami marzyciela: Julian Tuwim, „Dyzio marzyciel”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 głośno</w:t>
              <w:br/>
              <w:t>• określa, gdzie ma miejsce sytuacja ukazana w tekście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kim jest podmiot mówiący w wierszu</w:t>
              <w:br/>
              <w:t>• wyjaśnia, kim jest bohater wiersza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wiersz, podkreślając głosem ważne słowa</w:t>
              <w:br/>
              <w:t>• ocenia, czy pragnienia osoby mówiącej w wierszu są możliwe do spełnienia i uzasadnia swoją odpowiedź, odwołując się do tekstu i własnych doświadczeń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wypisuje z tekstu epitety i wyjaśnia, co opisano za pomocą epitetów</w:t>
              <w:br/>
              <w:t>• określa nastrój wiersza i uzasadnia swoje stanowisko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ocenia marzenia Dyzia w kontekście realności ich spełnienia</w:t>
              <w:br/>
              <w:t>• wykorzystuje związki frazeologiczne, by mówić o nierealnych marzeniach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Wytrwale do celu: „Nie bój się marzyć” (rozmowa z Bartkiem Kubkowskim)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 wywiad</w:t>
              <w:br/>
              <w:t>• wyjaśnia, jakie emocje towarzyszą mu po przeczytaniu wywiadu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co jest tematem wywiadu</w:t>
              <w:br/>
              <w:t>• wyjaśnia, czym jest dla Bartka przepłynięcie Bałtyku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wyraźnie oraz cicho</w:t>
              <w:br/>
              <w:t>• wyjaśnia znaczenie słów Bartka: Zwycięstwem jest już samo rozpoczęcie czegoś nowego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stosując odpowiednie tempo i intonację</w:t>
              <w:br/>
              <w:t>• wybieram wypowiedź Bartka, którą uważam za najważniejszą, uzasadniam swój wybór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prowadzi wywiad z bliską osobą na temat marzeń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O podążaniu za marzeniami: Dorota Suwalska, „Ratunku, marzenia!”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 tekst</w:t>
              <w:br/>
              <w:t>• wyjaśnia, gdzie dzieją się wydarzenia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 i cicho</w:t>
              <w:br/>
              <w:t>• wyjaśnia, kto jest narratorem w tekście i uzasadnia swoją odpowiedź, wybierając właściwy cytat z tekstu na potwierdzenie swoich słów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jaki jest bohater, opowiadający o wydarzeniach i uzasadnia swoje stanowisko</w:t>
              <w:br/>
              <w:t>• prezentuje swoje stanowisko wobec powyższych słów i uzasadnia je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czyta głośno, stosując odpowiednie tempo i intonację</w:t>
              <w:br/>
              <w:t>• pracując w grupie wyjaśnia, dlaczego życie na wsi może być dobrym wyborem/ dlaczego warto mieszkać w mieście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formułuje stanowisko dotyczące tego, czy lepiej być optymistą czy pesymistą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Bliżej języka: Jak rozpoznać podmiot i orzeczenie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podaje nazwy głównych części zdania i pytania, na które odpowiadają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podmiot jako wykonawcę czynności</w:t>
              <w:br/>
              <w:t>• wskazuje orzeczenie jako określenie czynności lub stanu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podmiot i orzeczenie przysłowiach</w:t>
              <w:br/>
              <w:t>• wyjaśnia znaczenia przysłów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uzupełnia zdania orzeczeniami w czasie teraźniejszym</w:t>
              <w:br/>
              <w:t>• uzupełnia zdania orzeczeniami w czasie przeszłym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tworzy wypowiedzi poprawne pod względem składniowym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Szkoła mówienia i pisania: Jak napisać podziękowanie?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określa, czym jest podziękowanie i wymienia jego elementy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brakujące elementy w podanym podziękowaniu</w:t>
              <w:br/>
              <w:t>• wybiera sformułowania, które może użyć do zredagowania podziękowań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uzupełnia tekst podziękowania, korzystając z przydatnych słów</w:t>
              <w:br/>
              <w:t>• redaguje ustne podziękowania w określonych sytuacjach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redaguje pisemne podziękowanie, uwzględniając konieczne elementy</w:t>
              <w:br/>
              <w:t>• stosuje w podziękowaniu odpowiednią kompozycję i układ graficzny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 różnice pomiędzy podziękowaniami zapisanymi na kartoniku a tymi wysłanymi w SMS-ie</w:t>
              <w:br/>
              <w:t>• redaguje SMS z podziękowaniem poprawnym pod względem merytorycznym i kompozycyjnym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Akademia pana Kleksa: Pierwsze spotkanie z lekturą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opowiada, co zapamiętał z lektury i wyjaśnia, dlaczego</w:t>
              <w:br/>
              <w:t>• mówi, gdzie i kiedy dzieją się wydarzenia utworu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prezentuje trzy fragmenty utworu potwierdzające czas i miejsce wydarzeń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łączy wydarzenia utworu z ich skutkiem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określa typ narratora utworu i uzasadnia swoje zdanie, odwołując się do tekstu</w:t>
              <w:br/>
              <w:t>• odgaduje bohaterów utworu na podstawie wskazówek z tekstu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ambroży Kleks, Adaś Niezgódka, szpak Mateusz, uzasadnia swoje stanowisko, odwołując się do tekstu</w:t>
              <w:br/>
              <w:t>• redaguje wypowiedź na temat najbardziej zaskakującego wydarzenia tekstu, uzasadnia swoje stanowisko, odwołując się do tekstu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Co wiemy o Ambrożym Kleksie?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podaje najważniejsze informacje na temat Ambrożego Kleksa: imię, nazwisko, adres, cechy wyglądu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cechy charakteru, sposób prowadzenia lekcji, umiejętności i cechy szczególne pana Kleksa</w:t>
              <w:br/>
              <w:t>• wyjaśnia, odnosząc się do tekstu, jak oceniają pana Kleksa Adaś Niezgódka, Szpak Mateusz i Golarz Filip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zalety i słabości pana Kleksa, odnosząc się do tekstu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którą umiejętność podziwia w panu Kleksie i uzasadnia swoje stanowisko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formułuje wypowiedź dotyczącą cech i zachowań pana Kleksa, które są ważne w zawodzie nauczyciela, uzasadnia swoje stanowisko, odwołując się do tekstu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Czar Akademii pana Kleksa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usytuowanie i wyjątkowość Akademii:</w:t>
              <w:br/>
              <w:t>• gdzie się znajduje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różnice pomiędzy uczniami akademii a uczniami typowych szkół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które lekcje w Akademii były najbardziej interesująca i uzasadnia swoje zdanie</w:t>
              <w:br/>
              <w:t>• wskazuje, co podoba mu się w sposobie nauczania pana Kleksa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przygotowuje plakat reklamujący Akademię</w:t>
              <w:br/>
              <w:t>• na plakacie wskazuje, co mogłoby zachęcić uczniów do zapisania się do Akademii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zabiera głos w rozmowie na temat tego, czy Akademia może być wzorem dla dzisiejszych szkół, podaje dwie rzeczy wymyślone przez pana Kleksa, które warto wprowadzić w szkole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Historia szpaka Mateusza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prezentuje najważniejsze informacje na temat szpaka Mateusza:</w:t>
              <w:br/>
              <w:t>• kim jest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jakie obowiązki ma szpak Mateusz i jak sobie z nimi radzi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formułuje pogląd, czy opowieść szpaka Mateusza przypomina baśń, wskazuje cechy historii ptaka, które mogą o tym świadczyć</w:t>
              <w:br/>
              <w:t>• przedstawia wydarzenia z życia szpaka Mateusza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porównuje cechy charakteru młodego księcia i szpaka Mateusza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tworzy wypowiedź na temat tego, czego nauczył się książę po przemianie w szpaka i jakim człowiekiem szpak Mateusz będzie po powrocie do ludzkiego wcielenia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Świat bajek, baśni i snów w „Akademii pana Kleksa”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kogo uczniowie Akademii spotkali w bajkach, co się wydarzyło podczas tych spotkań i czego się chłopcy nauczyli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objaśnia, co znajdowało się w szklankach ze snu Adasia</w:t>
              <w:br/>
              <w:t>• wymyśla, co Adaś mógłby znaleźć w ósmej szklance, opisuje tę rzecz i proponuje jej wykorzystanie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uzasadnia, którą dziurkę lub dziurę pan Kleks zabrałby ze sobą, gdyby mógł po wizycie w Fabryce wziąć tylko jedną:</w:t>
              <w:br/>
              <w:t>• dziurkę od klucza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opracowuje przewodnik po Psim Raju, w którym przedstawia najciekawsze miejsca i atrakcje</w:t>
              <w:br/>
              <w:t>• czekające na odwiedzających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co oznaczają słowa Podróże kształcą i zajmuje stanowisko wobec tego stwierdzenia</w:t>
              <w:br/>
              <w:t>• informuje, czego nauczyli się bohaterowie książki podczas swoich wypraw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Rene Goscinny, Jean-Jacques Sempé, „Mikołajek” Pierwsze spotkanie z lekturą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gdzie i kiedy dzieją się wydarzenia utworu, kim są bohaterowie utworu, co wie o narratorze dzieła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przygotowuje kapsułę czasu do wybranego rozdziału przedstawiającego przygody Mikołajka, w kapsule umieść:</w:t>
              <w:br/>
              <w:t>• jeden przedmiot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opowiada wydarzenia z pierwszego rozdziału z perspektywy nauczycielki, Gotfryda, Ananiasza, Alcesta, fotografa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dopasowuje rysunki do imion bohaterów</w:t>
              <w:br/>
              <w:t>• wyjaśnia, jakie emocje wzbudzają w innych bohaterowie książki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przyznaje złoty „Medal Śmiechu” jednemu wydarzeniu z książki, uzasadniając swój wybór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W rodzinie Mikołajka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wskazuje, kto należy do rodziny Mikołajka i jak bohater mówi o swojej rodzinie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opowiada o codziennych aktywnościach członków rodziny Mikołajka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dopasowuje emotikony do postaci z książki</w:t>
              <w:br/>
              <w:t>• informuje, jak rozumie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pracując w grupie, pisze artykuł do gazety „Wieści z pokoju Mikołajka”, artykuł uwzględnia:</w:t>
              <w:br/>
              <w:t>• tytuł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opracowuje poradnik dla rodziców, w którym wyjaśnia, co dzieci oczekują od dorosłych i co domownicy mogą zrobić, by życie rodzinne było spokojniejsze i przyjemniejsze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Jak dobrze mieć kolegów!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rozpoznaje bohaterów, kolegów Mikołajka, na podstawie fragmentów dzieła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kto z klasy Mikołajka mógłby być kolegą i uzasadnia swój wybór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z jakimi zabawami bohaterów wiążą się poszczególne przedmioty przedstawione na ilustracjach</w:t>
              <w:br/>
              <w:t>• wyjaśnia, na czym polegała zabawa, co przeszkodziło w zabawie, jak zakończyła się zabawa i co to oznacza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na podstawie opowiadań „Palę cygaro” i „Świetnieśmy się bawili” wyjaśnia, co zrobili bohaterowie, dlaczego nie powinni tego robić, czego się nauczyli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formułuje pogląd, że dobrze mieć koleżanki i kolegów, uzasadnia swoją opinię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Niezwykła Ludeczka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układa wydarzenia z wizyty Luczki w kolejności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informuje, czego oczekiwała mama podczas wizyty gości</w:t>
              <w:br/>
              <w:t>• wskazuje cechy charakteru Ludeczki na podstawie jej zachowań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informuje:</w:t>
              <w:br/>
              <w:t>• wyjaśnia, czy podobne zachowania są sprawiedliwe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wskazuje, co sprawiło, że Mikołajek zmienił zdanie na temat Ludeczki</w:t>
              <w:br/>
              <w:t>• wyjaśnia na podstawie własnych doświadczeń, na co zwraca uwagę przy zawieraniu przyjaźni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odwołując się do rozdziału „Ludeczka”, co to znaczy, że nie należy oceniać książki po okładce</w:t>
              <w:br/>
              <w:t>• pracując w grupie, przygotowuje słuchowisko radiowe na temat Ludeczki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Andrzej Maleszka, „Magiczne drzewo. Czerwone krzesło” Pierwsze spotkanie z lekturą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informuje o czasie i miejscu akcji utworu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umieszcza wydarzenia na osi czasu zgodnie z kolejnością ich występowania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uzupełnia wydarzenia utworu zgodnie z treścią utworu</w:t>
              <w:br/>
              <w:t>• rozpoznaje bohaterów na podstawie ich opisów oraz fragmentów ich wypowiedz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jakie emocje wzbudzają bohaterowie, uzasadniają swoje odpowiedzi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formułuje wypowiedź na temat najciekawszej postaci w utworze, najważniejszego wydarzenia i najbardziej emocjonującego wydarzenia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Magia czerwonego krzesła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informuje, jak bohaterowie traktowali magiczne krzesło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informuje, czy wie, czy magiczne drzewo samo wybiera sobie właściciela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wybiera jedno wydarzenie i opisuje je z perspektywy osoby, która nie wie, co powoduje magiczne zjawiska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opisuje szczególnie ważny dla ucznia przedmiot, wyjaśniając jego historię i sytuację, kiedy uczeń go używa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układa regulamin korzystania z czerwonego krzesła, które znalazło się w domu ucznia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Jak zostać superciocią? Przemiana ciotki Maryli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udziela odpowiedzi na pytania do wywiadu jako ciocia Maryla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informuje, co na temat cioci Maryli powiedzieliby Kuki, Filip i Tosia</w:t>
              <w:br/>
              <w:t>• wskazuje wydarzenie, podczas którego doszło do prawdziwej przemiany cioci w przyjaciółkę dzieci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 zmieniło się zachowanie cioci Maryli po przemianie</w:t>
              <w:br/>
              <w:t>• wymyśla, które pięć rzeczy znalazłyby się w walizce cioci Maryli i w plecaku Wiki zabrane przez nie w podróż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wypowiada się na temat cioci Maryli po przemianie: czy stała się inną osobą, czy tylko odkryła szufladę dzieciństwa, której dawno nie otwierała, uzasadnia, odwołując się do tekstu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tworzy wypowiedź, co mogą zrobić dorośli, by nie zapomnieć, jak to jest być dzieckiem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Podróż, która zmieniła wszystko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układa wydarzenia w kolejności, w jakiej występują w książce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wskazuje, co ważnego wydarzyło się na każdym etapie podróży i jaki wpływ miało na dzieci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opowiada o podróży z punktu widzenia Tosi, Kukiego, Filipa, Wiki:</w:t>
              <w:br/>
              <w:t>• które wydarzenie zmieniło najwięcej podróż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jak zmieniło się życia państwa Rossów, gdy przez przypadek zostali zaczarowani i gdy udało się ich odczarować</w:t>
              <w:br/>
              <w:t>• uzasadnia wybór tych cech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nagrywa krótką relację dźwiękową z wymarzonej wycieczki, mówiąc, gdzie jest, co najbardziej zachwyca podczas wycieczki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Astrid Lindgren, „Ronja, córka zbójnika” Pierwsze spotkanie z lekturą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wymienia głównych bohaterów utworu</w:t>
              <w:br/>
              <w:t>• wymienia wydarzenia utworu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kto jest głównym bohaterem utworu i podaje trzy najważniejsze cechy postaci, uzasadniając swój wybór</w:t>
              <w:br/>
              <w:t>• wskazuje najważniejsze dla Ronji osoby, uzasadnia swój wybór, prezentując, dlaczego ta osoba jest dla Ronji ważna, co Ronja w niej lubi, co Ronję martwi w tej osobie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przygotowuje poradnik dla zbójników chcących zmienić zawód, informując, co robotnicy robili w poszczególne pory roku i jakie dwa inne zawody mogliby wykonywać zbójnicy</w:t>
              <w:br/>
              <w:t>• przedstawia informacje na temat narratora dzieła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układa wydarzenia w kolejności pojawiania się w książce</w:t>
              <w:br/>
              <w:t>• wyjaśnia, które uważa za najważniejsze, uzasadnia swoje zdanie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projektuje własną okładkę książki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Przyjaźń i konflikty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postaci, pomiędzy którymi tworzy się relacja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 znaczenie powiedzenia Buduj mosty, nie mury</w:t>
              <w:br/>
              <w:t>• wskazuje, którzy bohaterowie budują mosty, a którzy mury i uzasadnia swoją odpowiedź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prezentuje informacje o Mattisie i Borce, wyjaśniając</w:t>
              <w:br/>
              <w:t>• co łączy bohaterów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analizując wydarzenia utworu wyjaśnia, jak rodzi się przyjaźń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przedstawia trzy najważniejsze wydarzenia związane z Ronją i Birkiem, wskazując, kto i dlaczego podjął decyzję, jaki skutek przyniosła decyzja i co mogłoby się stać, gdyby decyzji nie podjęto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Czy las może być bohaterem utworu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przygotowuje mapę lasu, na której umieszcza las Mattisa, las Borki, zbójnicki szlak, górę Mattisa, wilczą pułapkę, zamek Mattisa, jeziorko i niedźwiedzią grotę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opisuje, jak zachowują się leśne stworzenia</w:t>
              <w:br/>
              <w:t>• wybiera jedno z leśnych stworzeń i wyjaśnia, jak wpłynęło na losy Ronji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czy las można mieć na własność, odwołując się do wypowiedzi Birka</w:t>
              <w:br/>
              <w:t>• prezentuje swoją opinię na temat lasu jako bohatera literackiego, uzasadnia swoją wypowiedź, odwołując się do tekstu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rozmawia na temat roli przyrody w życiu człowieka</w:t>
              <w:br/>
              <w:t>• porównuje las z lektury do lasu współczesnego, prezentując podobieństwa i różnice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tworzy wpis na blogu w imieniu Ronji lub Birka na temat 10 rzeczy, które warto mieć przy sobie podczas wyprawy do lasu lub na temat drzew wystawiających ludziom oceny bądź na temat miejsca w lesie, do którego bohater wraca najczęściej</w:t>
            </w:r>
          </w:p>
        </w:tc>
      </w:tr>
      <w:tr>
        <w:trPr>
          <w:cantSplit/>
        </w:trPr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sz w:val="14"/>
              </w:rPr>
              <w:t>Co się w życiu liczy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prezentuje wiedzę na temat świata Ronji i tego, co jest dla niej ważne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opowiada o przygodach Ronji, wyjaśniając:</w:t>
              <w:br/>
              <w:t>• jak Ronja poznawała las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formułuje definicję pojęcie wartości</w:t>
              <w:br/>
              <w:t>• wskazuje wartości, którymi kierowali się bohaterowie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wskazuje najważniejszą cechę Ronji i Birka</w:t>
              <w:br/>
              <w:t>• uzasadnia, czy tę cechę można oceniać pozytywnie czy negatywnie</w:t>
            </w:r>
          </w:p>
        </w:tc>
        <w:tc>
          <w:tcPr>
            <w:tcW w:type="dxa" w:w="2451"/>
            <w:vAlign w:val="top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sz w:val="14"/>
              </w:rPr>
              <w:t>• wyjaśnia, dlaczego Ronja i Birk uciekli od swoich rodzin i zamieszkali w lesie</w:t>
              <w:br/>
              <w:t>• formułuje morał wynikający z książki</w:t>
            </w:r>
          </w:p>
        </w:tc>
      </w:tr>
    </w:tbl>
    <w:sectPr w:rsidR="00FC693F" w:rsidRPr="0006063C" w:rsidSect="00034616">
      <w:pgSz w:w="15840" w:h="12240" w:orient="landscape"/>
      <w:pgMar w:top="624" w:right="567" w:bottom="62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Język polski – klasa IV – wymagania edukacyjne 2026/2027</w:t>
    </w:r>
    <w:r>
      <w:rPr>
        <w:sz w:val="16"/>
      </w:rPr>
      <w:t>Język polski – klasa IV – wymagania edukacyjne 2026/2027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