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WYMAGANIA EDUKACYJNE – BIOLOGIA, KLASA V</w:t>
      </w:r>
    </w:p>
    <w:p>
      <w:pPr>
        <w:jc w:val="center"/>
      </w:pPr>
      <w:r>
        <w:rPr>
          <w:b/>
        </w:rPr>
        <w:t>rok szkolny 2026/2027</w:t>
      </w:r>
    </w:p>
    <w:p>
      <w:r>
        <w:t>Program nauczania biologii „Puls życia” autorstwa Anny Zdziennickiej – wymagania edukacyjne wydawnictwa Nowa Era, edycja 2024.</w:t>
      </w:r>
    </w:p>
    <w:p>
      <w:r>
        <w:t>Wymagania są sformułowane jako konkretne czynności ucznia. Wymagania na ocenę wyższą obejmują również wymagania na oceny niższe. Wymagania dostosowuje się do indywidualnych potrzeb rozwojowych i edukacyjnych oraz możliwości psychofizycznych ucznia w przypadkach określonych przepisami.</w:t>
      </w:r>
    </w:p>
    <w:p>
      <w:r>
        <w:rPr>
          <w:b/>
          <w:sz w:val="24"/>
        </w:rPr>
        <w:t>I. WYMAGANIA EDUKACYJNE NIEZBĘDNE DO OTRZYMANIA POSZCZEGÓLNYCH ŚRÓDROCZNYCH OCEN KLASYFIKACYJNYCH</w:t>
      </w:r>
    </w:p>
    <w:p>
      <w:r>
        <w:t>Zakres śródroczny obejmuje treści przewidziane do realizacji w I półroczu. Jeżeli kolejność realizacji programu ulegnie zmianie, wymagania odnoszą się do treści faktycznie zrealizowanych do klasyfikacji śródrocznej.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9"/>
        <w:gridCol w:w="2069"/>
        <w:gridCol w:w="2069"/>
        <w:gridCol w:w="2069"/>
        <w:gridCol w:w="2069"/>
        <w:gridCol w:w="2069"/>
        <w:gridCol w:w="2069"/>
      </w:tblGrid>
      <w:tr>
        <w:trPr>
          <w:tblHeader w:val="true"/>
        </w:trPr>
        <w:tc>
          <w:tcPr>
            <w:tcW w:type="dxa" w:w="2069"/>
            <w:shd w:fill="D9EAF7"/>
          </w:tcPr>
          <w:p>
            <w:r>
              <w:rPr>
                <w:b/>
              </w:rPr>
              <w:t>Dział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Temat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2 – dopuszczający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3 – dostateczny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4 – dobry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5 – bardzo dobry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6 – celujący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Biologia jako nauka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1. Biologia jako nauka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Uczeń: wskazuje biologię jako naukę o organizmach wymienia czynności życiowe organizmów podaje przykłady dziedzin biologii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Uczeń: określa przedmiot badań biologii jako nauki opisuje wskazane cechy organizmów wyjaśnia, czym zajmuje się wskazana dziedzina biologii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Uczeń: wykazuje cechy wspólne organizmów opisuje czynności życiowe organizmów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Uczeń: charakteryzuje wszystkie czynności życiowe organizmów wymienia hierarchicznie poziomy budowy organizmu roślinnego i organizmu zwierzęcego charakteryzuje wybrane dziedziny biologii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Uczeń: wykazuje jedność budowy organizmów porównuje poziomy organizacji organizmów u roślin i zwierząt wymienia inne niż podane w podręczniku dziedziny biologii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Biologia jako nauka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2. Jak poznawać biologię?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obserwacje i doświadczenia jako źródła wiedzy biologicznej wymienia źródła wiedzy biologicznej z pomocą nauczyciela przeprowadza doświadczenie metodą naukową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porównuje obserwację z doświadczeniem jako źródła wiedzy biologicznej korzysta ze źródeł wiedzy wskazanych przez nauczyciela z niewielką pomocą nauczyciela przeprowadza doświadczenie metodą naukową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podstawie opisu przeprowadza doświadczenie metodą naukową rozróżnia próbę kontrolną i próbę badawczą opisuje źródła wiedzy biologicznej wymienia cechy dobrego badacza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zalety metody naukowej samodzielnie przeprowadza doświadczenie metodą naukową posługuje się właściwymi źródłami wiedzy biologicznej do rozwiązywania wskazanych problemów charakteryzuje cechy dobrego badacza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planuje i przeprowadza doświadczenie metodą naukową krytycznie analizuje informacje pochodzące z różnych źródeł wiedzy biologicznej analizuje swoją postawę w odniesieniu do cech dobrego badacza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Biologia jako nauka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3. Obserwacje mikroskopowe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z pomocą nauczyciela nazywa części mikroskopu optycznego obserwuje pod mikroskopem preparaty przygotowane przez nauczyciela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nazywa wskazane przez nauczyciela części mikroskopu optycznego z pomocą nauczyciela wykonuje proste preparaty mikroskopowe oblicza powiększenie obrazu mikroskopu spod optycznego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samodzielnie opisuje budowę mikroskopu optycznego samodzielnie wykonuje preparaty mikroskopowe z niewielką pomocą nauczyciela nastawia ostrość mikroskopu i wyszukuje obserwowane elementy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charakteryzuje funkcje wskazywanych części mikroskopu optycznego w kolejności tworzenia się obrazu obiektu wykonuje preparaty mikroskopowe, nastawia ostrość mikroskopu, rysuje obraz widziany pod mikroskopem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sprawnie posługuje się mikroskopem optycznym, samodzielnie wykonuje preparaty, rysuje dokładny obraz obiektu obserwowanego pod mikroskopem wskazuje zalety mikroskopu elektronowego*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Biologia jako nauka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4. Hierarchiczna budowa organizmów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komórki jako podstawowej jednostki życia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elementy stopniowego komplikowania się organizmu roślinnego lub zwierzęcego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elementy stopniowego komplikowania się organizmu roślinnego i zwierzęcego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na ilustracji stopniowe komplikowania się budowy organizmów zwierzęcych i roślinnych, zwracając uwagę na różnicę organizmu roślinnego i zwierzęcego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analizuje na ilustracji stopniowe komplikowania się budowy organizmów zwierzęcych i roślinnych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Biologia jako nauka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5. Budowa komórki zwierzęcej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komórkę jako podstawową jednostkę życia podaje przykłady organizmów jedno- i wielokomórkowych obserwuje preparat nabłonka przygotowany przez nauczyciela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wyjaśnia, dlaczego komórkę nazywamy podstawową jednostką organizmu wymienia organelle komórki zwierzęcej z pomocą nauczyciela wykonuje preparat nabłonka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opisuje kształty komórek zwierzęcych opisuje budowę komórki zwierzęcej na podstawie ilustracji z niewielką pomocą nauczyciela wykonuje preparat nabłonka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rozpoznaje na ilustracji elementy budowy komórki zwierzęcej i omawia ich funkcje wykonuje preparat nabłonka rozpoznaje organelle komórki zwierzęcej i rysuje jej obraz mikroskopowy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z dowolnego materiału tworzy model komórki, zachowując cechy organelli sprawnie posługuje się mikroskopem samodzielnie wykonuje preparat nabłonka i rysuje dokładny obraz widziany pod mikroskopem, z zaznaczeniem widocznych elementów komórki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Biologia jako nauka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6. Komórka roślinna. Inne rodzaje komórek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podstawie obserwacji preparatów, ilustracji i schematów wnioskuje o komórkowej budowie organizmów wymienia elementy budowy komórki roślinnej, zwierzęcej, bakteryjnej i grzybowej obserwuje pod mikroskopem preparat moczarki kanadyjskiej przygotowany przez nauczyciela pod opieką nauczyciela rysuje obraz obiektu obserwowanego pod mikroskopem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podaje przykłady komórki bezjądrowej i jądrowej wymienia funkcje elementów komórki roślinnej, zwierzęcej, bakteryjnej i grzybowej z pomocą nauczyciela wykonuje preparat moczarki kanadyjskiej obserwuje pod mikroskopem organelle wskazane przez nauczyciela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wyjaśnia, czym są komórki jądrowei bezjądrowe oraz podaje ich przykłady samodzielnie wykonuje preparat moczarki kanadyjskiej odróżnia pod mikroskopem elementy budowy komórki wyjaśnia rolę poszczególnych elementów komórki z niewielką pomocą nauczyciela rysuje obraz obiektu obserwowanego pod mikroskopem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elementy i funkcje budowy komórki na podstawie ilustracji analizuje różnice między poszczególnymi typami komórek, wskazuje cechy umożliwiające rozróżnienie komórek samodzielnie wykonuje preparat moczarki kanadyjskiej, rozpoznaje elementy budowy komórki roślinnej i rysuje jej obraz mikroskopowy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analizuje różnice między poszczególnymi typami komórek i wykazuje ich związek z pełnionymi funkcjami sprawnie posługuje się mikroskopem, samodzielnie wykonuje preparat nabłonka i rysuje dokładny obraz widziany pod mikroskopem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II. Budowa i czynności życiowe organizmów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7. Samożywność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wyjaśnia, czym jest odżywianie się wyjaśnia, czym jest samożywność podaje przykłady organizmów samożywnych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fotosyntezę jako sposób odżywiania się wskazuje substancje biorące udział w fotosyntezie i wymienia produkty fotosyntezy z pomocą nauczyciela przeprowadza doświadczenie wykazujące wpływ dwutlenku węgla na intensywność przebiegu fotosyntezy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czynnikiniezbędne do przeprowadzania fotosyntezy wskazuje substraty i produkty fotosyntezy omawia sposoby wykorzystania przez roślinę produktów fotosyntezy z niewielką pomocą nauczyciela przeprowadza doświadczenie wykazujące wpływ dwutlenku węgla na intensywność fotosyntezy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wyjaśnia, na czym polega fotosynteza omawia zależność przebiegu fotosyntezy od obecności wody, dwutlenkuwęgla i światła schematycznie zapisuje i omawia przebieg fotosyntezy na podstawie opisu przeprowadza doświadczenie wykazujące wpływ dwutlenku węgla na intensywność fotosyntezy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analizuje przystosowanie roślin do przeprowadzania fotosyntezy planuje i samodzielnie przeprowadza doświadczenie wykazujące wpływ dwutlenku węgla na intensywność fotosyntezy na podstawie zdobytej wcześniej wiedzy wskazuje w różnych warzywach i owocach materiały zapasowe jako produkty fotosyntezy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II. Budowa i czynności życiowe organizmów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8. Cudzożywność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wyjaśnia, czym jest cudzożywność podaje przykłady organizmów cudzożywnych wymienia rodzaje cudzożywności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krótko opisuje różne sposoby odżywiania się zwierząt wyjaśnia, w jaki sposób wskazany organizm cudzożywny pobiera pokarm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wybrane sposoby cudzożywności podaje przykłady organizmów należących do różnych gruporganizmów cudzożywnych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charakteryzuje rodzaje cudzożywności występujące u różnych grup organizmów wykazuje przystosowania do pobierania pokarmów występujące u różnych grup organizmów cudzożywnych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 znaczenie organizmów odżywiających się martwą substancją organiczną wyjaśnia, na czym polega cudzożywność roślin pasożytniczych i półpasożytniczych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II. Budowa i czynności życiowe organizmów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9. Sposoby oddychania organizmów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określa, czym jest oddychanie wymienia sposoby oddychania wskazuje drożdże jako organizmy przeprowadzające fermentację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wyróżnia oddychanie tlenowe i fermentację wskazuje organizmy uzyskujące energię z oddychania tlenowego i fermentacji wyjaśnia, że produktem fermentacji drożdży jest dwutlenek węgla wskazuje mitochondrium jako miejsce, w którym zachodzi utlenianie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 znaczenie oddychania komórkowego wskazuje różnice w miejscu przebiegu utleniania i fermentacji w komórce wymienia narządy wymiany gazowej zwierząt lądowych i wodnych omawia doświadczenie wykazujące wydzielanie dwutlenku węgla przez drożdże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zapisuje schematycznie przebieg oddychania określa warunki przebiegu oddychania i fermentacji charakteryzuje wymianę gazową u roślin i zwierząt z pomocą nauczyciela przeprowadza doświadczenie wykazujące wydzielanie dwutlenku węgla przez drożdże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porównuje zapis przebiegu oddychania tlenowego z zapisem przebiegu fermentacji analizuje związek budowy narządów wymiany gazowej ze środowiskiem życia organizmów samodzielnie przeprowadza doświadczenie wykazujące wydzielanie dwutlenku węgla przez drożdże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III. Wirusy, bakterie, protisty i grzyby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10. Klasyfikacja organizmów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jednostki klasyfikacji biologicznej wymienia nazwy królestw organizmów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wyjaśnia, czym zajmuje się systematyka podaje definicję gatunku wymienia nazwy królestw i podaje przykłady organizmów należących do danego królestwa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hierarchiczną strukturę jednostek klasyfikacji biologicznej charakteryzuje wskazane królestwo na podstawie ilustracji przyporządkowuje organizm do królestwa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porównuje wcześniejsze i współczesne zasady klasyfikacji organizmów wyjaśnia zasady nadawania nazw gatunkom przedstawia cechy organizmów, napodstawie których można je zaklasyfikować do danego królestwa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uzasadnia konieczność klasyfikacji organizmów porównuje jednostki klasyfikacji zwierząt z jednostkami klasyfikacji roślin z pomocą nauczyciela korzysta z różnych kluczy do oznaczania organizmów żyjących w najbliższej okolicy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III. Wirusy, bakterie, protisty i grzyby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11. Wirusy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 krótko, dlaczego wirusy nie są organizmami wymienia miejsca występowania wirusów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opisuje cechy budowy wirusów wymienia cechy, którymi wirusy różnią sięod organizmów podaje przykłady chorób wirusowych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wykazuje, dlaczego wirusy nie są organizmami omawia wybrane choroby wirusowe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drogi wnikania wirusów do organizmu omawia wdrażanie zasad profilaktyki chorób wirusowych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wyszukuje informacji w materiałach edukacji zdrowotnej o zasadach profilaktyki chorób wywoływanych przez wirusy(grypa, różyczka, świnka, odra, AIDS)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III. Wirusy, bakterie, protisty i grzyby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12. Bakterie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miejsca występowania bakterii wymienia czynności życiowe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opisuje cechy budowy bakterii wymienia przykłady bakterii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wybrane czynności życiowe bakterii wyjaśnia znaczenie bakterii w przyrodzie i dla człowieka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wpływ bakterii na organizm człowieka wskazuje drogi wnikania bakterii do organizmu prezentuje wszystkie czynności życiowe bakterii ocenia znaczenie bakterii w przyrodzie i dla człowieka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choroby bakteryjne, wskazuje drogi ich przenoszenia przedstawia zasady zapobiegania tym chorobom ocenia znaczenie bakterii w przyrodzie i dla człowieka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III. Wirusy, bakterie i grzyby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13. Budowa i różnorodność grzybów. Porosty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środowiska życia grzybów i porostów podaje przykłady grzybów i porostów na podstawie okazu naturalnego lub ilustracji opisuje budowę grzybów wymienia sposoby rozmnażania się grzybów rozpoznaje porosty wśród innych organizmów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cechy pozwalające zaklasyfikować organizmdo grzybów omawia wskazaną czynność życiową grzybów podaje przykłady znaczenia grzybów w przyrodzie i dla człowieka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znaczenie grzybów w przyrodzie i dla człowieka analizuje różnorodność budowy grzybów wyjaśnia sposoby oddychania i odżywiania się grzybów wykazuje, że porosty są zbudowane z grzybni i glonu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określa znaczenie poszczególnych komponentów w budowie plechy porostu rozpoznaje różne formy morfologiczne porostów i podaje ich nazwy opisuje czynności życiowe grzybów – odżywianie, oddychanie i rozmnażanie się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analizuje znaczenie grzybów w przyrodzie i dla człowieka proponuje sposób badania czystości powietrza na podstawie informacji o wrażliwości porostów na zanieczyszczenia wyjaśnia, dlaczego porosty określa się mianem organizmów pionierskich</w:t>
            </w:r>
          </w:p>
        </w:tc>
      </w:tr>
    </w:tbl>
    <w:p>
      <w:r>
        <w:br w:type="page"/>
      </w:r>
    </w:p>
    <w:p>
      <w:r>
        <w:rPr>
          <w:b/>
          <w:sz w:val="24"/>
        </w:rPr>
        <w:t>II. WYMAGANIA EDUKACYJNE NIEZBĘDNE DO OTRZYMANIA POSZCZEGÓLNYCH ROCZNYCH OCEN KLASYFIKACYJNYCH</w:t>
      </w:r>
    </w:p>
    <w:p>
      <w:r>
        <w:t>Wymagania roczne obejmują cały materiał zrealizowany w roku szkolnym, w tym wymagania śródroczne.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9"/>
        <w:gridCol w:w="2069"/>
        <w:gridCol w:w="2069"/>
        <w:gridCol w:w="2069"/>
        <w:gridCol w:w="2069"/>
        <w:gridCol w:w="2069"/>
        <w:gridCol w:w="2069"/>
      </w:tblGrid>
      <w:tr>
        <w:trPr>
          <w:tblHeader w:val="true"/>
        </w:trPr>
        <w:tc>
          <w:tcPr>
            <w:tcW w:type="dxa" w:w="2069"/>
            <w:shd w:fill="D9EAF7"/>
          </w:tcPr>
          <w:p>
            <w:r>
              <w:rPr>
                <w:b/>
              </w:rPr>
              <w:t>Dział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Temat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2 – dopuszczający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3 – dostateczny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4 – dobry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5 – bardzo dobry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6 – celujący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Biologia jako nauka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1. Biologia jako nauka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Uczeń: wskazuje biologię jako naukę o organizmach wymienia czynności życiowe organizmów podaje przykłady dziedzin biologii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Uczeń: określa przedmiot badań biologii jako nauki opisuje wskazane cechy organizmów wyjaśnia, czym zajmuje się wskazana dziedzina biologii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Uczeń: wykazuje cechy wspólne organizmów opisuje czynności życiowe organizmów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Uczeń: charakteryzuje wszystkie czynności życiowe organizmów wymienia hierarchicznie poziomy budowy organizmu roślinnego i organizmu zwierzęcego charakteryzuje wybrane dziedziny biologii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Uczeń: wykazuje jedność budowy organizmów porównuje poziomy organizacji organizmów u roślin i zwierząt wymienia inne niż podane w podręczniku dziedziny biologii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Biologia jako nauka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2. Jak poznawać biologię?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obserwacje i doświadczenia jako źródła wiedzy biologicznej wymienia źródła wiedzy biologicznej z pomocą nauczyciela przeprowadza doświadczenie metodą naukową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porównuje obserwację z doświadczeniem jako źródła wiedzy biologicznej korzysta ze źródeł wiedzy wskazanych przez nauczyciela z niewielką pomocą nauczyciela przeprowadza doświadczenie metodą naukową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podstawie opisu przeprowadza doświadczenie metodą naukową rozróżnia próbę kontrolną i próbę badawczą opisuje źródła wiedzy biologicznej wymienia cechy dobrego badacza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zalety metody naukowej samodzielnie przeprowadza doświadczenie metodą naukową posługuje się właściwymi źródłami wiedzy biologicznej do rozwiązywania wskazanych problemów charakteryzuje cechy dobrego badacza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planuje i przeprowadza doświadczenie metodą naukową krytycznie analizuje informacje pochodzące z różnych źródeł wiedzy biologicznej analizuje swoją postawę w odniesieniu do cech dobrego badacza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Biologia jako nauka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3. Obserwacje mikroskopowe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z pomocą nauczyciela nazywa części mikroskopu optycznego obserwuje pod mikroskopem preparaty przygotowane przez nauczyciela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nazywa wskazane przez nauczyciela części mikroskopu optycznego z pomocą nauczyciela wykonuje proste preparaty mikroskopowe oblicza powiększenie obrazu mikroskopu spod optycznego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samodzielnie opisuje budowę mikroskopu optycznego samodzielnie wykonuje preparaty mikroskopowe z niewielką pomocą nauczyciela nastawia ostrość mikroskopu i wyszukuje obserwowane elementy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charakteryzuje funkcje wskazywanych części mikroskopu optycznego w kolejności tworzenia się obrazu obiektu wykonuje preparaty mikroskopowe, nastawia ostrość mikroskopu, rysuje obraz widziany pod mikroskopem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sprawnie posługuje się mikroskopem optycznym, samodzielnie wykonuje preparaty, rysuje dokładny obraz obiektu obserwowanego pod mikroskopem wskazuje zalety mikroskopu elektronowego*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Biologia jako nauka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4. Hierarchiczna budowa organizmów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komórki jako podstawowej jednostki życia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elementy stopniowego komplikowania się organizmu roślinnego lub zwierzęcego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elementy stopniowego komplikowania się organizmu roślinnego i zwierzęcego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na ilustracji stopniowe komplikowania się budowy organizmów zwierzęcych i roślinnych, zwracając uwagę na różnicę organizmu roślinnego i zwierzęcego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analizuje na ilustracji stopniowe komplikowania się budowy organizmów zwierzęcych i roślinnych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Biologia jako nauka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5. Budowa komórki zwierzęcej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komórkę jako podstawową jednostkę życia podaje przykłady organizmów jedno- i wielokomórkowych obserwuje preparat nabłonka przygotowany przez nauczyciela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wyjaśnia, dlaczego komórkę nazywamy podstawową jednostką organizmu wymienia organelle komórki zwierzęcej z pomocą nauczyciela wykonuje preparat nabłonka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opisuje kształty komórek zwierzęcych opisuje budowę komórki zwierzęcej na podstawie ilustracji z niewielką pomocą nauczyciela wykonuje preparat nabłonka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rozpoznaje na ilustracji elementy budowy komórki zwierzęcej i omawia ich funkcje wykonuje preparat nabłonka rozpoznaje organelle komórki zwierzęcej i rysuje jej obraz mikroskopowy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z dowolnego materiału tworzy model komórki, zachowując cechy organelli sprawnie posługuje się mikroskopem samodzielnie wykonuje preparat nabłonka i rysuje dokładny obraz widziany pod mikroskopem, z zaznaczeniem widocznych elementów komórki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Biologia jako nauka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6. Komórka roślinna. Inne rodzaje komórek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podstawie obserwacji preparatów, ilustracji i schematów wnioskuje o komórkowej budowie organizmów wymienia elementy budowy komórki roślinnej, zwierzęcej, bakteryjnej i grzybowej obserwuje pod mikroskopem preparat moczarki kanadyjskiej przygotowany przez nauczyciela pod opieką nauczyciela rysuje obraz obiektu obserwowanego pod mikroskopem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podaje przykłady komórki bezjądrowej i jądrowej wymienia funkcje elementów komórki roślinnej, zwierzęcej, bakteryjnej i grzybowej z pomocą nauczyciela wykonuje preparat moczarki kanadyjskiej obserwuje pod mikroskopem organelle wskazane przez nauczyciela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wyjaśnia, czym są komórki jądrowei bezjądrowe oraz podaje ich przykłady samodzielnie wykonuje preparat moczarki kanadyjskiej odróżnia pod mikroskopem elementy budowy komórki wyjaśnia rolę poszczególnych elementów komórki z niewielką pomocą nauczyciela rysuje obraz obiektu obserwowanego pod mikroskopem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elementy i funkcje budowy komórki na podstawie ilustracji analizuje różnice między poszczególnymi typami komórek, wskazuje cechy umożliwiające rozróżnienie komórek samodzielnie wykonuje preparat moczarki kanadyjskiej, rozpoznaje elementy budowy komórki roślinnej i rysuje jej obraz mikroskopowy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analizuje różnice między poszczególnymi typami komórek i wykazuje ich związek z pełnionymi funkcjami sprawnie posługuje się mikroskopem, samodzielnie wykonuje preparat nabłonka i rysuje dokładny obraz widziany pod mikroskopem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II. Budowa i czynności życiowe organizmów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7. Samożywność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wyjaśnia, czym jest odżywianie się wyjaśnia, czym jest samożywność podaje przykłady organizmów samożywnych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fotosyntezę jako sposób odżywiania się wskazuje substancje biorące udział w fotosyntezie i wymienia produkty fotosyntezy z pomocą nauczyciela przeprowadza doświadczenie wykazujące wpływ dwutlenku węgla na intensywność przebiegu fotosyntezy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czynnikiniezbędne do przeprowadzania fotosyntezy wskazuje substraty i produkty fotosyntezy omawia sposoby wykorzystania przez roślinę produktów fotosyntezy z niewielką pomocą nauczyciela przeprowadza doświadczenie wykazujące wpływ dwutlenku węgla na intensywność fotosyntezy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wyjaśnia, na czym polega fotosynteza omawia zależność przebiegu fotosyntezy od obecności wody, dwutlenkuwęgla i światła schematycznie zapisuje i omawia przebieg fotosyntezy na podstawie opisu przeprowadza doświadczenie wykazujące wpływ dwutlenku węgla na intensywność fotosyntezy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analizuje przystosowanie roślin do przeprowadzania fotosyntezy planuje i samodzielnie przeprowadza doświadczenie wykazujące wpływ dwutlenku węgla na intensywność fotosyntezy na podstawie zdobytej wcześniej wiedzy wskazuje w różnych warzywach i owocach materiały zapasowe jako produkty fotosyntezy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II. Budowa i czynności życiowe organizmów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8. Cudzożywność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wyjaśnia, czym jest cudzożywność podaje przykłady organizmów cudzożywnych wymienia rodzaje cudzożywności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krótko opisuje różne sposoby odżywiania się zwierząt wyjaśnia, w jaki sposób wskazany organizm cudzożywny pobiera pokarm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wybrane sposoby cudzożywności podaje przykłady organizmów należących do różnych gruporganizmów cudzożywnych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charakteryzuje rodzaje cudzożywności występujące u różnych grup organizmów wykazuje przystosowania do pobierania pokarmów występujące u różnych grup organizmów cudzożywnych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 znaczenie organizmów odżywiających się martwą substancją organiczną wyjaśnia, na czym polega cudzożywność roślin pasożytniczych i półpasożytniczych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II. Budowa i czynności życiowe organizmów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9. Sposoby oddychania organizmów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określa, czym jest oddychanie wymienia sposoby oddychania wskazuje drożdże jako organizmy przeprowadzające fermentację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wyróżnia oddychanie tlenowe i fermentację wskazuje organizmy uzyskujące energię z oddychania tlenowego i fermentacji wyjaśnia, że produktem fermentacji drożdży jest dwutlenek węgla wskazuje mitochondrium jako miejsce, w którym zachodzi utlenianie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 znaczenie oddychania komórkowego wskazuje różnice w miejscu przebiegu utleniania i fermentacji w komórce wymienia narządy wymiany gazowej zwierząt lądowych i wodnych omawia doświadczenie wykazujące wydzielanie dwutlenku węgla przez drożdże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zapisuje schematycznie przebieg oddychania określa warunki przebiegu oddychania i fermentacji charakteryzuje wymianę gazową u roślin i zwierząt z pomocą nauczyciela przeprowadza doświadczenie wykazujące wydzielanie dwutlenku węgla przez drożdże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porównuje zapis przebiegu oddychania tlenowego z zapisem przebiegu fermentacji analizuje związek budowy narządów wymiany gazowej ze środowiskiem życia organizmów samodzielnie przeprowadza doświadczenie wykazujące wydzielanie dwutlenku węgla przez drożdże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III. Wirusy, bakterie, protisty i grzyby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10. Klasyfikacja organizmów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jednostki klasyfikacji biologicznej wymienia nazwy królestw organizmów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wyjaśnia, czym zajmuje się systematyka podaje definicję gatunku wymienia nazwy królestw i podaje przykłady organizmów należących do danego królestwa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hierarchiczną strukturę jednostek klasyfikacji biologicznej charakteryzuje wskazane królestwo na podstawie ilustracji przyporządkowuje organizm do królestwa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porównuje wcześniejsze i współczesne zasady klasyfikacji organizmów wyjaśnia zasady nadawania nazw gatunkom przedstawia cechy organizmów, napodstawie których można je zaklasyfikować do danego królestwa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uzasadnia konieczność klasyfikacji organizmów porównuje jednostki klasyfikacji zwierząt z jednostkami klasyfikacji roślin z pomocą nauczyciela korzysta z różnych kluczy do oznaczania organizmów żyjących w najbliższej okolicy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III. Wirusy, bakterie, protisty i grzyby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11. Wirusy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 krótko, dlaczego wirusy nie są organizmami wymienia miejsca występowania wirusów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opisuje cechy budowy wirusów wymienia cechy, którymi wirusy różnią sięod organizmów podaje przykłady chorób wirusowych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wykazuje, dlaczego wirusy nie są organizmami omawia wybrane choroby wirusowe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drogi wnikania wirusów do organizmu omawia wdrażanie zasad profilaktyki chorób wirusowych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wyszukuje informacji w materiałach edukacji zdrowotnej o zasadach profilaktyki chorób wywoływanych przez wirusy(grypa, różyczka, świnka, odra, AIDS)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III. Wirusy, bakterie, protisty i grzyby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12. Bakterie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miejsca występowania bakterii wymienia czynności życiowe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opisuje cechy budowy bakterii wymienia przykłady bakterii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wybrane czynności życiowe bakterii wyjaśnia znaczenie bakterii w przyrodzie i dla człowieka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wpływ bakterii na organizm człowieka wskazuje drogi wnikania bakterii do organizmu prezentuje wszystkie czynności życiowe bakterii ocenia znaczenie bakterii w przyrodzie i dla człowieka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choroby bakteryjne, wskazuje drogi ich przenoszenia przedstawia zasady zapobiegania tym chorobom ocenia znaczenie bakterii w przyrodzie i dla człowieka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III. Wirusy, bakterie i grzyby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13. Budowa i różnorodność grzybów. Porosty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środowiska życia grzybów i porostów podaje przykłady grzybów i porostów na podstawie okazu naturalnego lub ilustracji opisuje budowę grzybów wymienia sposoby rozmnażania się grzybów rozpoznaje porosty wśród innych organizmów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cechy pozwalające zaklasyfikować organizmdo grzybów omawia wskazaną czynność życiową grzybów podaje przykłady znaczenia grzybów w przyrodzie i dla człowieka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znaczenie grzybów w przyrodzie i dla człowieka analizuje różnorodność budowy grzybów wyjaśnia sposoby oddychania i odżywiania się grzybów wykazuje, że porosty są zbudowane z grzybni i glonu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określa znaczenie poszczególnych komponentów w budowie plechy porostu rozpoznaje różne formy morfologiczne porostów i podaje ich nazwy opisuje czynności życiowe grzybów – odżywianie, oddychanie i rozmnażanie się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analizuje znaczenie grzybów w przyrodzie i dla człowieka proponuje sposób badania czystości powietrza na podstawie informacji o wrażliwości porostów na zanieczyszczenia wyjaśnia, dlaczego porosty określa się mianem organizmów pionierskich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III. Wirusy, bakterie i grzyby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15. Korzeń – organ podziemny rośliny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podstawowe funkcje korzenia rozpoznaje systemy korzeniowe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budowę zewnętrzną korzenia wskazuje poszczególne strefy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związek korzenia z adaptacją do środowiska zajmowanego przez roślinę opisuje przyrost korzenia na długość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przystosowania korzenia do pobierania wody przez roślin omawia teoretycznie doświadczenie świadczące o przewodzeniu wody z korzenia w górę rośliny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projektuje doświadczenie świadczące o przewodzeniu wody z korzenia w górę rośliny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IV. Tkanki i organy roślinne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16. Pęd. Budowa i funkcje łodygi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nazwy elementów budowy zewnętrznej łodygi wymienia funkcje łodygi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 różnicę między pędem a łodygą wskazuje części pędu roślin zielnych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funkcje poszczególnych elementów pędu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żywym okazie lub ilustracji wskazuje i omawia części łodygi omawia budowę zewnętrzną łodygi różnych form morfologicznych (roślin zielnych, krzewów, drzew)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żywych okazach lub ilustracji wykazuje podobieństwa i różnice przystosowania łodygi różnych form morfologicznych (roślin zielnych, krzewów, drzew) do pełnionych funkcji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IV. Tkanki i organy roślinne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17. Liść – wytwórnia pokarmu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rozpoznaje elementy budowy liścia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funkcje liści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rozpoznaje liście pojedyncze i liście złożone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związek budowy z funkcjami liści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materiale zielnikowym lub ilustracji wykazuje różnorodność budowy liści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V. Różnorodność i jedność roślin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18. Mchy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podstawie ilustracji lub żywych okazów rozpoznaje mchy wśród innych roślin wymienia miejsca występowania mchów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nazwy elementów budowy mchów z pomocą nauczyciela przeprowadza doświadczenie wykazujące zdolność wchłaniania wody przez mchy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podstawie ilustracji lub żywych okazów rozpoznaje elementy budowy mchów i wyjaśnia ich funkcje z niewielką pomocą nauczyciela przeprowadza doświadczenie wykazujące zdolność wchłaniania wody przez mchy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wyjaśnia, dlaczego mchy uważane są za najprostsze rośliny lądowe przeprowadza według opisu doświadczenie wykazujące zdolność wchłaniania wody przez mchy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samodzielnie planuje i przeprowadza doświadczenie wykazujące zdolność wchłaniania wody przez mchy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V. Różnorodność i jedność roślin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19. Paprociowe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podstawie ilustracji lub żywych okazów rozpoznaje paprocie wśród innych roślin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podaje nazwy organów paproci wymienia miejsca występowania paprociowych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 rolę poszczególnych organów paproci rozpoznaje na ilustracji w podręczniku jedną paproć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 znaczenie paprociowych w przyrodzie i dla człowieka rozpoznaje na ilustracji w podręczniku dwie paprocie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na podstawie ilustracji lub żywych okazów różnorodność paprociowych rozpoznaje na ilustracji w podręczniku trzy paprocie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V. Różnorodność roślin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20. Nagonasienne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miejsca występowania roślin nagonasiennych rozpoznaje na podstawie ilustracji lub żywych okazów rośliny nagonasienne wśród innych roślin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 funkcje kwiatów i nasion omawia budowę rośliny nagonasiennej na przykładzie sosny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przystosowania roślin nagonasiennych do warunków życia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przystosowania roślin nagonasiennych do środowiska omawia znaczenie roślin nagonasiennych w przyrodzie i dla człowieka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rozpoznaje rodzime gatunki roślin nagonasiennych określa, z jakiego gatunku drzewa lub krzewu pochodzi wskazana szyszka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V. Różnorodność roślin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21. Okrytonasienne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miejsca występowania roślin okrytonasiennych na podstawie ilustracji lub żywych okazów rozpoznaje rośliny okrytonasienne wśród innych roślin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podstawie ilustracji, żywego lub zielnikowego okazu roślinnego wykazuje różnorodność form roślin okrytonasiennych podaje nazwy elementów budowy kwiatu na ilustracji lub żywym okazie rozpoznaje organy roślinne i wymienia ich funkcje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rozpoznaje formy roślin okrytonasiennych odróżnia kwiat od kwiatostanu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funkcje poszczególnych elementów kwiatu wyjaśnia, dlaczego kwiatostany ułatwiają zapylanie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 rolę elementów kwiatu w rozmnażaniu roślin wykazuje związek budowy kwiatu ze sposobem zapylania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V. Różnorodność roślin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22. Owoc. Rozprzestrzenianie się roślin okrytonasiennych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rodzaje owoców przedstawia sposoby rozprzestrzeniania się owoców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podstawie ilustracji lub żywych okazów omawia budowę owoców wymienia rodzaje owoców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zmiany zachodzące w kwiecie po zapyleniu określa rolę owocni w klasyfikacji owoców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adaptacje budowy owoców do sposobów ich rozprzestrzeniania się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 wpływ różnych czynników na kiełkowanie nasion planuje i przeprowadza doświadczenie wykazujące wpływ wody na kiełkowanie nasion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V. Różnorodność roślin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23. Znaczenie i przegląd roślin okrytonasiennych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znaczenie roślin okrytonasiennych w przyrodzie z pomocą nauczyciela klasyfikuje nieznaną roślinę do odpowiedniej grupy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podaje przykłady znaczenia roślin okrytonasiennych dla człowieka z niewielką pomocą nauczyciela klasyfikuje nieznaną roślinę do odpowiedniej grupy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ocenia znaczenie roślin okrytonasiennych w przyrodzie klasyfikuje nieznaną roślinę do odpowiedniej grupy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ocenia znaczenie roślin okrytonasiennych dla człowieka przy pomocy nauczyciela korzysta z prostego klucza lub aplikacji mobilnej do oznaczania organizmów żyjących w najbliższej okolicy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sprawnie korzysta z prostego klucza lub aplikacji mobilnej do oznaczania organizmów żyjących w najbliższej okolicy wykazuje na dowolnych przykładach różnorodność roślin okrytonasiennych i ich znaczenie</w:t>
            </w:r>
          </w:p>
        </w:tc>
      </w:tr>
    </w:tbl>
    <w:p>
      <w:r>
        <w:br w:type="page"/>
      </w:r>
    </w:p>
    <w:p>
      <w:pPr>
        <w:pStyle w:val="Heading1"/>
      </w:pPr>
      <w:r>
        <w:t>III. Sposoby sprawdzania osiągnięć edukacyjnych</w:t>
      </w:r>
    </w:p>
    <w:p>
      <w:pPr>
        <w:pStyle w:val="ListBullet"/>
      </w:pPr>
      <w:r>
        <w:t>prace pisemne przewidziane w Statucie Szkoły;</w:t>
      </w:r>
    </w:p>
    <w:p>
      <w:pPr>
        <w:pStyle w:val="ListBullet"/>
      </w:pPr>
      <w:r>
        <w:t>odpowiedzi ustne i wypowiedzi podczas lekcji;</w:t>
      </w:r>
    </w:p>
    <w:p>
      <w:pPr>
        <w:pStyle w:val="ListBullet"/>
      </w:pPr>
      <w:r>
        <w:t>zadania, ćwiczenia, obserwacje i doświadczenia biologiczne;</w:t>
      </w:r>
    </w:p>
    <w:p>
      <w:pPr>
        <w:pStyle w:val="ListBullet"/>
      </w:pPr>
      <w:r>
        <w:t>praca ze schematem, tabelą, wykresem, materiałem biologicznym i mikroskopem;</w:t>
      </w:r>
    </w:p>
    <w:p>
      <w:pPr>
        <w:pStyle w:val="ListBullet"/>
      </w:pPr>
      <w:r>
        <w:t>projekty, prezentacje i inne prace wykonywane podczas zajęć według podanych kryteriów.</w:t>
      </w:r>
    </w:p>
    <w:p>
      <w:r>
        <w:t>Ocena klasyfikacyjna wynika ze stopnia spełnienia wymagań edukacyjnych i nie jest ustalana wyłącznie jako średnia arytmetyczna ocen bieżących.</w:t>
      </w:r>
    </w:p>
    <w:p>
      <w:pPr>
        <w:pStyle w:val="Heading1"/>
      </w:pPr>
      <w:r>
        <w:t>IV. Powiązanie z konkretną lekcją</w:t>
      </w:r>
    </w:p>
    <w:p>
      <w:r>
        <w:t>Do danej lekcji nauczyciel wskazuje z tabeli jedno lub kilka wymagań odpowiadających realizowanemu tematowi. Pozwala to bezpośrednio powiązać cel lekcji i kryteria sukcesu z opublikowanymi wymaganiami śródrocznymi lub rocznymi.</w:t>
      </w:r>
    </w:p>
    <w:p>
      <w:pPr>
        <w:pStyle w:val="Heading1"/>
      </w:pPr>
      <w:r>
        <w:t>V. Wyższa niż przewidywana roczna ocena klasyfikacyjna</w:t>
      </w:r>
    </w:p>
    <w:p>
      <w:r>
        <w:t>Warunki i tryb uzyskania wyższej niż przewidywana rocznej oceny klasyfikacyjnej określa Statut Szkoły Podstawowej w Zespole Szkolno-Przedszkolnym w Mielżynie.</w:t>
      </w:r>
    </w:p>
    <w:sectPr w:rsidR="00FC693F" w:rsidRPr="0006063C" w:rsidSect="00034616">
      <w:footerReference w:type="default" r:id="rId9"/>
      <w:pgSz w:w="15840" w:h="12240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Biologia – klasa V | wymagania edukacyjne 2026/2027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