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INFORMATYKA – KLASA VIII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WSiP • Program nauczania informatyki dla klas 4–8 szkoły podstawowej</w:t>
      </w:r>
    </w:p>
    <w:p>
      <w:r>
        <w:rPr>
          <w:b/>
          <w:sz w:val="21"/>
        </w:rPr>
        <w:t>Zasady stosowania wymagań</w:t>
      </w:r>
    </w:p>
    <w:p>
      <w:r>
        <w:t>W roku szkolnym 2026/2027 klasa VIII realizuje dotychczasową podstawę programową. W szkolnym materiale wymagania śródroczne obejmują lekcje 1.1–3.4, a roczne 1.1–5.5; kolejność może ulec zmianie zgodnie z realizacją.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elementy i narzędzia z I półrocza; wykonuje proste czynności według instrukcji; stosuje podstawowe zasady bezpieczeństwa i zapisuje wynik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przeznaczenie poznanych narzędzi; samodzielnie wykonuje typowe operacje; stosuje podstawowe polecenia i procedury; porządkuje oraz zapisuje pracę.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dobiera narzędzie do typowego zadania; tworzy poprawne rozwiązanie; stosuje poznane funkcje i polecenia; sprawdza rezultat i poprawia wskazane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zadanie; planuje rozwiązanie; łączy poznane narzędzia; testuje i modyfikuje rozwiązanie; wyjaśnia sposób działania i uzasadnia dobór narzędzi.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projektuje własne rozwiązanie w granicach programu; porównuje możliwe sposoby wykonania; testuje, ocenia i ulepsza efekt; prezentuje rozwiązanie i uzasadnia decyzje.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narzędzia i zasady z całego roku; wykonuje proste zadania według instrukcji; stosuje zasady bezpieczeństwa, ochrony danych i porządku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zastosowanie poznanych narzędzi; samodzielnie wykonuje typowe zadania z zakresu treści przewidzianych programem; stosuje podstawowe procedury i zapisuje wyniki.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dobiera narzędzia; stosuje poznane funkcje w typowych sytuacjach; tworzy poprawne rozwiązania, sprawdza ich działanie i poprawia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problemy; łączy wiadomości i umiejętności z różnych działów; projektuje, testuje i modyfikuje rozwiązania; uzasadnia wybór narzędzi i interpretuje wynik.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tworzy funkcjonalne rozwiązanie obejmujące kilka poznanych umiejętności; porównuje warianty, ocenia rezultat i ulepsza rozwiązanie; prezentuje i uzasadnia sposób postępowania.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Algorytmy i rozwiązywanie problemów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analiza problemu; dane wejściowe i wynik; rozkład problemu na etapy; zapis algorytmu; testowanie; porównywanie sposobów rozwiązania; poprawianie błędów.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Programowanie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tworzenie i modyfikowanie programów w realizowanym środowisku; zmienne; instrukcje warunkowe; iteracje; funkcje/procedury w zakresie programu; testowanie i dokumentowanie.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Arkusz i analiza danych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wprowadzanie, porządkowanie, filtrowanie i analizowanie danych; formuły i funkcje; dobór wykresu; interpretowanie wyników; wykorzystanie arkusza do rozwiązania problemu.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Dokumenty, grafika i multimedia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tworzenie rozbudowanych dokumentów i materiałów cyfrowych; łączenie tekstu, grafiki i innych mediów; przygotowanie materiału do prezentacji/publikacji.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Internet, prawo i cyberbezpieczeństwo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ocena wiarygodności informacji; ochrona prywatności i tożsamości cyfrowej; prawo autorskie i licencje; rozpoznawanie zagrożeń; odpowiedzialne zachowanie w sieci.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Projekt cyfrowy i współpraca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planowanie projektu; podział zadań; dobór narzędzi; współpraca; dokumentowanie etapów; prezentowanie efektu; ocena jakości i modyfikowanie rozwiązania.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zadania praktyczne wykonywane podczas lekcji przy komputerze: tworzenie, zapisywanie, modyfikowanie i prezentowanie efektów pracy;</w:t>
      </w:r>
    </w:p>
    <w:p>
      <w:pPr>
        <w:ind w:left="198" w:hanging="113"/>
      </w:pPr>
      <w:r>
        <w:rPr>
          <w:b/>
        </w:rPr>
        <w:t xml:space="preserve">• </w:t>
      </w:r>
      <w:r>
        <w:t>ćwiczenia i zadania sprawdzające stosowanie poznanych narzędzi, algorytmów i sposobów rozwiązywania problemów;</w:t>
      </w:r>
    </w:p>
    <w:p>
      <w:pPr>
        <w:ind w:left="198" w:hanging="113"/>
      </w:pPr>
      <w:r>
        <w:rPr>
          <w:b/>
        </w:rPr>
        <w:t xml:space="preserve">• </w:t>
      </w:r>
      <w:r>
        <w:t>projekty indywidualne lub zespołowe;</w:t>
      </w:r>
    </w:p>
    <w:p>
      <w:pPr>
        <w:ind w:left="198" w:hanging="113"/>
      </w:pPr>
      <w:r>
        <w:rPr>
          <w:b/>
        </w:rPr>
        <w:t xml:space="preserve">• </w:t>
      </w:r>
      <w:r>
        <w:t>odpowiedzi ustne lub krótkie zadania sprawdzające rozumienie pojęć i zasad;</w:t>
      </w:r>
    </w:p>
    <w:p>
      <w:pPr>
        <w:ind w:left="198" w:hanging="113"/>
      </w:pPr>
      <w:r>
        <w:rPr>
          <w:b/>
        </w:rPr>
        <w:t xml:space="preserve">• </w:t>
      </w:r>
      <w:r>
        <w:t>prace pisemne/testy lub kartkówki – jeżeli nauczyciel wybierze tę formę zgodnie ze specyfiką realizowanych treści.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