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INFORMATYKA – KLASA V</w:t>
      </w:r>
    </w:p>
    <w:p>
      <w:pPr>
        <w:jc w:val="center"/>
      </w:pPr>
      <w:r>
        <w:rPr>
          <w:b/>
          <w:sz w:val="23"/>
        </w:rPr>
        <w:t>Wymagania edukacyjne – rok szkolny 2026/2027</w:t>
      </w:r>
    </w:p>
    <w:p>
      <w:pPr>
        <w:jc w:val="center"/>
      </w:pPr>
      <w:r>
        <w:t>WSiP • Program nauczania informatyki dla klas 4–8 szkoły podstawowej</w:t>
      </w:r>
    </w:p>
    <w:p>
      <w:r>
        <w:rPr>
          <w:b/>
          <w:sz w:val="21"/>
        </w:rPr>
        <w:t>Zasady stosowania wymagań</w:t>
      </w:r>
    </w:p>
    <w:p>
      <w:r>
        <w:t>W roku szkolnym 2026/2027 klasa V realizuje dotychczasową podstawę programową. Dokument zachowuje zakres programu WSiP; klasyfikacja śródroczna odnosi się do materiału faktycznie zrealizowanego (w szkolnym materiale: lekcje 1–17), roczna do całego roku (lekcje 1–29).</w:t>
      </w:r>
    </w:p>
    <w:p>
      <w:r>
        <w:t>Wymagania określają konkretne wiadomości i umiejętności wynikające z podstawy programowej oraz realizowanego programu. Zapisano je czasownikami operacyjnymi, tak aby można było zaobserwować i sprawdzić osiągnięcie ucznia.</w:t>
      </w:r>
    </w:p>
    <w:p>
      <w:r>
        <w:t>Wymagania są narastające: uczeń otrzymujący wyższą ocenę spełnia także wymagania przypisane do ocen niższych. Ocena celująca nie wymaga materiału wykraczającego poza program; oznacza samodzielne łączenie, analizowanie, ocenianie i twórcze stosowanie treści przewidzianych programem.</w:t>
      </w:r>
    </w:p>
    <w:p>
      <w:r>
        <w:t>Ocena śródroczna odnosi się do treści faktycznie zrealizowanych do klasyfikacji śródrocznej, a roczna – do osiągnięć z całego roku. Ocena klasyfikacyjna odzwierciedla poziom opanowania wiadomości i umiejętności, a nie prostą średnią ocen bieżących.</w:t>
      </w:r>
    </w:p>
    <w:p>
      <w:r>
        <w:t>Dostosowanie do indywidualnych potrzeb ucznia dotyczy sposobu pracy, tempa, organizacji, form komunikacji i sprawdzania osiągnięć oraz zakresu potrzebnego wsparcia – zgodnie z obowiązującymi przepisami.</w:t>
      </w:r>
    </w:p>
    <w:p>
      <w:r>
        <w:rPr>
          <w:b/>
          <w:sz w:val="21"/>
        </w:rPr>
        <w:t>I. Wymagania na śródroczne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podstawowe pojęcia, elementy i narzędzia z I półrocza; wykonuje proste czynności według instrukcji; stosuje podstawowe zasady bezpieczeństwa i zapisuje wynik pracy.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przeznaczenie poznanych narzędzi; samodzielnie wykonuje typowe operacje; stosuje podstawowe polecenia i procedury; porządkuje oraz zapisuje pracę.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dobiera narzędzie do typowego zadania; tworzy poprawne rozwiązanie; stosuje poznane funkcje i polecenia; sprawdza rezultat i poprawia wskazane błędy.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zadanie; planuje rozwiązanie; łączy poznane narzędzia; testuje i modyfikuje rozwiązanie; wyjaśnia sposób działania i uzasadnia dobór narzędzi.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projektuje własne rozwiązanie w granicach programu; porównuje możliwe sposoby wykonania; testuje, ocenia i ulepsza efekt; prezentuje rozwiązanie i uzasadnia decyzje.</w:t>
            </w:r>
          </w:p>
        </w:tc>
      </w:tr>
    </w:tbl>
    <w:p/>
    <w:p>
      <w:r>
        <w:rPr>
          <w:b/>
          <w:sz w:val="21"/>
        </w:rPr>
        <w:t>II. Wymagania na 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podstawowe pojęcia, narzędzia i zasady z całego roku; wykonuje proste zadania według instrukcji; stosuje zasady bezpieczeństwa, ochrony danych i porządku pracy.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zastosowanie poznanych narzędzi; samodzielnie wykonuje typowe zadania z zakresu treści przewidzianych programem; stosuje podstawowe procedury i zapisuje wyniki.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dobiera narzędzia; stosuje poznane funkcje w typowych sytuacjach; tworzy poprawne rozwiązania, sprawdza ich działanie i poprawia błędy.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problemy; łączy wiadomości i umiejętności z różnych działów; projektuje, testuje i modyfikuje rozwiązania; uzasadnia wybór narzędzi i interpretuje wynik.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tworzy funkcjonalne rozwiązanie obejmujące kilka poznanych umiejętności; porównuje warianty, ocenia rezultat i ulepsza rozwiązanie; prezentuje i uzasadnia sposób postępowania.</w:t>
            </w:r>
          </w:p>
        </w:tc>
      </w:tr>
    </w:tbl>
    <w:p/>
    <w:p>
      <w:r>
        <w:rPr>
          <w:b/>
          <w:sz w:val="21"/>
        </w:rPr>
        <w:t>III. Konkretne wiadomości i umiejętności objęte wymaganiami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Zakres materiału</w:t>
            </w:r>
          </w:p>
        </w:tc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Uczeń – konkretne treści do opanowania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Bezpieczna praca i komputer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BHP i ergonomia; elementy komputera i urządzenia zewnętrzne; złośliwe oprogramowanie; ochrona danych, komputera i kont; organizacja plików i folderów.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Dokumenty tekstowe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wprowadzanie, zaznaczanie i formatowanie tekstu; akapity; listy; tabele; grafika; układ strony; poprawianie dokumentu; zapis i eksport.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Grafika i multimedia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tworzenie i modyfikowanie grafiki; łączenie elementów; formaty plików; przygotowanie prezentacji lub materiału multimedialnego; zasady czytelnej prezentacji.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Programowanie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tworzenie projektu w środowisku blokowym; zdarzenia, pętle, warunki, zmienne/komunikaty w zakresie programu; planowanie, testowanie i poprawianie programu.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Internet i współpraca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wyszukiwanie i selekcjonowanie informacji; korzystanie ze źródeł; prawo autorskie; komunikacja i współpraca w chmurze; udostępnianie; prywatność i netykieta.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Arkusz i dane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wprowadzanie danych; adresy komórek; proste formuły; sortowanie w zakresie programu; tworzenie i modyfikowanie wykresu; odczytywanie i interpretowanie danych; formułowanie wniosków.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Projekt „Blaski i cienie internetu”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korzyści i zagrożenia internetu; wyszukiwanie i porządkowanie materiałów; przygotowanie prezentacji; formułowanie i uzasadnianie wniosków dotyczących bezpiecznego korzystania z sieci.</w:t>
            </w:r>
          </w:p>
        </w:tc>
      </w:tr>
    </w:tbl>
    <w:p/>
    <w:p>
      <w:r>
        <w:rPr>
          <w:b/>
        </w:rPr>
        <w:t xml:space="preserve">Ocena niedostateczna (1): </w:t>
      </w:r>
      <w:r>
        <w:t>uczeń nie spełnia jeszcze wymagań koniecznych na ocenę dopuszczającą z materiału faktycznie zrealizowanego.</w:t>
      </w:r>
    </w:p>
    <w:p>
      <w:r>
        <w:rPr>
          <w:b/>
          <w:sz w:val="21"/>
        </w:rPr>
        <w:t>IV. Sposoby sprawdzania osiągnięć edukacyjnych</w:t>
      </w:r>
    </w:p>
    <w:p>
      <w:r>
        <w:t>Nauczyciel wybiera spośród sposobów przewidzianych w Statucie szkoły te, które są zgodne ze specyfiką przedmiotu. Osiągnięcia ucznia mogą być sprawdzane w szczególności poprzez:</w:t>
      </w:r>
    </w:p>
    <w:p>
      <w:pPr>
        <w:ind w:left="198" w:hanging="113"/>
      </w:pPr>
      <w:r>
        <w:rPr>
          <w:b/>
        </w:rPr>
        <w:t xml:space="preserve">• </w:t>
      </w:r>
      <w:r>
        <w:t>zadania praktyczne wykonywane podczas lekcji przy komputerze: tworzenie, zapisywanie, modyfikowanie i prezentowanie efektów pracy;</w:t>
      </w:r>
    </w:p>
    <w:p>
      <w:pPr>
        <w:ind w:left="198" w:hanging="113"/>
      </w:pPr>
      <w:r>
        <w:rPr>
          <w:b/>
        </w:rPr>
        <w:t xml:space="preserve">• </w:t>
      </w:r>
      <w:r>
        <w:t>ćwiczenia i zadania sprawdzające stosowanie poznanych narzędzi, algorytmów i sposobów rozwiązywania problemów;</w:t>
      </w:r>
    </w:p>
    <w:p>
      <w:pPr>
        <w:ind w:left="198" w:hanging="113"/>
      </w:pPr>
      <w:r>
        <w:rPr>
          <w:b/>
        </w:rPr>
        <w:t xml:space="preserve">• </w:t>
      </w:r>
      <w:r>
        <w:t>projekty indywidualne lub zespołowe;</w:t>
      </w:r>
    </w:p>
    <w:p>
      <w:pPr>
        <w:ind w:left="198" w:hanging="113"/>
      </w:pPr>
      <w:r>
        <w:rPr>
          <w:b/>
        </w:rPr>
        <w:t xml:space="preserve">• </w:t>
      </w:r>
      <w:r>
        <w:t>odpowiedzi ustne lub krótkie zadania sprawdzające rozumienie pojęć i zasad;</w:t>
      </w:r>
    </w:p>
    <w:p>
      <w:pPr>
        <w:ind w:left="198" w:hanging="113"/>
      </w:pPr>
      <w:r>
        <w:rPr>
          <w:b/>
        </w:rPr>
        <w:t xml:space="preserve">• </w:t>
      </w:r>
      <w:r>
        <w:t>prace pisemne/testy lub kartkówki – jeżeli nauczyciel wybierze tę formę zgodnie ze specyfiką realizowanych treści.</w:t>
      </w:r>
    </w:p>
    <w:p>
      <w:r>
        <w:t>Oceny są jawne i uzasadniane. Sprawdzone i ocenione prace pisemne są udostępniane uczniowi, a rodzicom/opiekunom prawnym przekazuje się informacje o postępach i trudnościach ucznia w formach przewidzianych w Statucie.</w:t>
      </w:r>
    </w:p>
    <w:p>
      <w:r>
        <w:rPr>
          <w:b/>
          <w:sz w:val="21"/>
        </w:rPr>
        <w:t>V. Najważniejsze zasady oceniania bieżącego i poprawy ocen</w:t>
      </w:r>
    </w:p>
    <w:p>
      <w:pPr>
        <w:ind w:left="198" w:hanging="113"/>
      </w:pPr>
      <w:r>
        <w:rPr>
          <w:b/>
        </w:rPr>
        <w:t xml:space="preserve">• </w:t>
      </w:r>
      <w:r>
        <w:t>Sprawdzian/praca klasowa/test jest zapowiadany co najmniej tydzień wcześniej; w jednym dniu może odbyć się co najwyżej jedna taka praca, a w tygodniu co najwyżej trzy, z wyjątkami określonymi w Statucie.</w:t>
      </w:r>
    </w:p>
    <w:p>
      <w:pPr>
        <w:ind w:left="198" w:hanging="113"/>
      </w:pPr>
      <w:r>
        <w:rPr>
          <w:b/>
        </w:rPr>
        <w:t xml:space="preserve">• </w:t>
      </w:r>
      <w:r>
        <w:t>Kartkówka może obejmować materiał najwyżej z trzech ostatnich lekcji i nie musi być zapowiadana.</w:t>
      </w:r>
    </w:p>
    <w:p>
      <w:pPr>
        <w:ind w:left="198" w:hanging="113"/>
      </w:pPr>
      <w:r>
        <w:rPr>
          <w:b/>
        </w:rPr>
        <w:t xml:space="preserve">• </w:t>
      </w:r>
      <w:r>
        <w:t>Uczeń ma prawo poprawić każdą ocenę na zasadach określonych w Statucie: ocenę dostateczną i wyższą – raz, do 10 dni roboczych; ocenę niedostateczną i dopuszczającą – więcej razy, do 15 dni roboczych. Termin, formę i zakres poprawy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W klasach IV–VIII nie zadaje się praktyczno-technicznych prac domowych. Pisemna praca domowa może służyć utrwalaniu, rozwijaniu lub praktycznemu zastosowaniu treści zrealizowanych na zajęciach; jest nieobowiązkowa, nie ustala się z niej oceny, a nauczyciel przekazuje informację zwrotną.</w:t>
      </w:r>
    </w:p>
    <w:p>
      <w:pPr>
        <w:ind w:left="198" w:hanging="113"/>
      </w:pPr>
      <w:r>
        <w:rPr>
          <w:b/>
        </w:rPr>
        <w:t xml:space="preserve">• </w:t>
      </w:r>
      <w:r>
        <w:t>Ocena śródroczna i roczna nie jest średnią arytmetyczną ocen bieżących. Ustala się ją na podstawie stopnia spełnienia wymagań edukacyjnych określonych w niniejszym dokumencie.</w:t>
      </w:r>
    </w:p>
    <w:p>
      <w:r>
        <w:rPr>
          <w:b/>
          <w:sz w:val="21"/>
        </w:rPr>
        <w:t>VI. Warunki i tryb otrzymania wyższej niż przewidywana rocznej oceny klasyfikacyjnej</w:t>
      </w:r>
    </w:p>
    <w:p>
      <w:pPr>
        <w:ind w:left="198" w:hanging="113"/>
      </w:pPr>
      <w:r>
        <w:rPr>
          <w:b/>
        </w:rPr>
        <w:t xml:space="preserve">• </w:t>
      </w:r>
      <w:r>
        <w:t>Uczeń lub jego rodzic/opiekun prawny, nie później niż następnego dnia po otrzymaniu informacji o przewidywanej ocenie rocznej, zgłasza nauczycielowi chęć uzyskania oceny wyższej.</w:t>
      </w:r>
    </w:p>
    <w:p>
      <w:pPr>
        <w:ind w:left="198" w:hanging="113"/>
      </w:pPr>
      <w:r>
        <w:rPr>
          <w:b/>
        </w:rPr>
        <w:t xml:space="preserve">• </w:t>
      </w:r>
      <w:r>
        <w:t>Zakres wiadomości i umiejętności potrzebny do uzyskania wyższej oceny określa nauczyciel na podstawie wymagań edukacyjnych.</w:t>
      </w:r>
    </w:p>
    <w:p>
      <w:pPr>
        <w:ind w:left="198" w:hanging="113"/>
      </w:pPr>
      <w:r>
        <w:rPr>
          <w:b/>
        </w:rPr>
        <w:t xml:space="preserve">• </w:t>
      </w:r>
      <w:r>
        <w:t>Uczeń ma 7 dni na wykazanie spełnienia wymagań na ocenę wyższą; dokładny termin i formę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Ostateczna ocena nie może być niższa od wcześniej przewidywanej, a procedura musi zakończyć się najpóźniej dwa dni przed klasyfikacyjnym zebraniem rady pedagogicznej.</w:t>
      </w:r>
    </w:p>
    <w:p>
      <w:pPr>
        <w:ind w:left="198" w:hanging="113"/>
      </w:pPr>
      <w:r>
        <w:rPr>
          <w:b/>
        </w:rPr>
        <w:t xml:space="preserve">• </w:t>
      </w:r>
      <w:r>
        <w:t>Na prośbę ucznia lub rodzica podczas sprawdzianu lub odpowiedzi ustnej może być obecny inny nauczyciel tego samego przedmiotu albo komisja powołana przez dyrektora – zgodnie ze Statutem.</w:t>
      </w:r>
    </w:p>
    <w:p>
      <w:r>
        <w:rPr>
          <w:b/>
          <w:sz w:val="21"/>
        </w:rPr>
        <w:t>VII. Informacja dla ucznia i rodziców/opiekunów prawnych</w:t>
      </w:r>
    </w:p>
    <w:p>
      <w:r>
        <w:t>Na początku roku szkolnego, do końca września, nauczyciel informuje uczniów oraz ich rodziców/opiekunów prawnych o: (1) wymaganiach edukacyjnych niezbędnych do otrzymania poszczególnych śródrocznych i rocznych ocen klasyfikacyjnych, (2) sposobach sprawdzania osiągnięć edukacyjnych oraz (3) warunkach i trybie otrzymania wyższej niż przewidywana rocznej oceny klasyfikacyjnej. Zapoznanie uczniów odnotowuje się w dzienniku, a rodzicom przekazuje informację w sposób określony w Statucie.</w:t>
      </w:r>
    </w:p>
    <w:sectPr w:rsidR="00FC693F" w:rsidRPr="0006063C" w:rsidSect="00034616">
      <w:pgSz w:w="12240" w:h="15840"/>
      <w:pgMar w:top="737" w:right="765" w:bottom="73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